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Зарікайся мід-горівку пити!</w:t>
      </w:r>
    </w:p>
    <w:p>
      <w:r>
        <w:br/>
        <w:t xml:space="preserve"> &lt;p&gt;Так голосила на похороні свого ґазди, що селу серце тріскало.</w:t>
      </w:r>
    </w:p>
    <w:p>
      <w:r>
        <w:br/>
        <w:t>І приповідала, і заводила, і заклиналася. Не то що плакала, а розливом розливалася, як біла мрака травами.</w:t>
      </w:r>
    </w:p>
    <w:p>
      <w:r>
        <w:br/>
        <w:t>Опадала і поникала, як скошена квітка, сльозами життя своє скапувала.</w:t>
      </w:r>
    </w:p>
    <w:p>
      <w:r>
        <w:br/>
        <w:t>Билася в груди і божилася, що до схід сонця піде за ним до гробу, свою душу з його душею спарує.</w:t>
      </w:r>
    </w:p>
    <w:p>
      <w:r>
        <w:br/>
        <w:t>Зарікалася жити, зарікалася веселити, зарікалася другого любити.</w:t>
      </w:r>
    </w:p>
    <w:p>
      <w:r>
        <w:br/>
        <w:t>На деревище падала, з жалю умирала. Старі ґаздині такому жалеві не могли надивуватися, не могли найти міри.</w:t>
      </w:r>
    </w:p>
    <w:p>
      <w:r>
        <w:br/>
        <w:t>— Що-сь ми газдів наховалися, але такої великої люби видом не видали!</w:t>
      </w:r>
    </w:p>
    <w:p>
      <w:r>
        <w:br/>
        <w:t>— Отік єї цей світ зуритивси, отік єї душа з єго душев споєна, отік тота любість вічна.</w:t>
      </w:r>
    </w:p>
    <w:p>
      <w:r>
        <w:br/>
        <w:t>— Таке молоде, гей весна яра, а таке жалісливе, таке переболене та перебановане! Дес у тій днинці, гей тінь, пропадає, з цвинтаря вертаючи.</w:t>
      </w:r>
    </w:p>
    <w:p>
      <w:r>
        <w:br/>
        <w:t>— Аді, вже ті так, як нема, Калинко-душко, ґаздине вірна!</w:t>
      </w:r>
    </w:p>
    <w:p>
      <w:r>
        <w:br/>
        <w:t>— Але єк ти його відвела до гробу, то най він з богом спочиває, а ти, небого, туском не коротай собі життя.</w:t>
      </w:r>
    </w:p>
    <w:p>
      <w:r>
        <w:br/>
        <w:t>— Ой лишіт мене, вуйночки та вуечки годні, най би я свого Петра подогонила.</w:t>
      </w:r>
    </w:p>
    <w:p>
      <w:r>
        <w:br/>
        <w:t>— Ей, не гніви, молодице, бога, коли тобі смерть ще не писана.</w:t>
      </w:r>
    </w:p>
    <w:p>
      <w:r>
        <w:br/>
        <w:t>— Ой, не буду я, газдики, без него жити, не буду цим світом трабувати.</w:t>
      </w:r>
    </w:p>
    <w:p>
      <w:r>
        <w:br/>
        <w:t>— Ей, молода молодице, не трійся та й не топися, бо тобі треба жити та й розживатися.</w:t>
      </w:r>
    </w:p>
    <w:p>
      <w:r>
        <w:br/>
        <w:t>— Пішло моє життє у могилу, ґаздині срібненькі!</w:t>
      </w:r>
    </w:p>
    <w:p>
      <w:r>
        <w:br/>
        <w:t>— Пуста твоя робота, Калино, покинь тоту гадку та й життем не помітуй, бо буде тобі його треба, аді, Йван, коби здоров...</w:t>
      </w:r>
    </w:p>
    <w:p>
      <w:r>
        <w:br/>
        <w:t>— Ей, лишіт гет, вуйночки добрі, най я йду зі світа, най не заважаю.</w:t>
      </w:r>
    </w:p>
    <w:p>
      <w:r>
        <w:br/>
        <w:t>— То не наша сила, не наш провід, та й ми цего не зіпремо, а воно так саманає, що Йван най би був...</w:t>
      </w:r>
    </w:p>
    <w:p>
      <w:r>
        <w:br/>
        <w:t>— Хоть най мене грім уб'є, хоть най мене бола утне, хоть най мене викришит до пня, хоть най мене тут смерть найде, то я вам кажу та й на чім світ стоїт заклинаюси, шо за ніким не багаю і з ніким я жити не буду.</w:t>
      </w:r>
    </w:p>
    <w:p>
      <w:r>
        <w:br/>
        <w:t>— Най тот заклін йде на сигли та в шкрепіття, та на скали, та на усі штири вітри, а ти, молоденька удовице, не зарікайся...</w:t>
      </w:r>
    </w:p>
    <w:p>
      <w:r>
        <w:br/>
        <w:t>Калина билася в груди і ще раз заклиналася і зарікалася.</w:t>
      </w:r>
    </w:p>
    <w:p>
      <w:r>
        <w:br/>
        <w:t>— Коби-сь була хоть дітна, то най би-с ждала рік-два, але ти ще й раз сама не собов не була!</w:t>
      </w:r>
    </w:p>
    <w:p>
      <w:r>
        <w:br/>
        <w:t>Калина хрестилася і третій раз тяжко заклиналася та й зарікалася.</w:t>
      </w:r>
    </w:p>
    <w:p>
      <w:r>
        <w:br/>
        <w:t>її сині очі позападалися, її біле личко потемніло, а понад брови хмари назлягали раз коло разу. Така тото велика любість була...</w:t>
      </w:r>
    </w:p>
    <w:p>
      <w:r>
        <w:br/>
        <w:t>А при обіді за покійника Йван понакроював хлібів, приніс води, поналивав гладуни, понакривав джергами ослони, на вікні свічки позасвічував. Такі, як мід, солодкі слова в хаті порозсипував. Петрову стрільбу показував, його приятельство високо підоймав.</w:t>
      </w:r>
    </w:p>
    <w:p>
      <w:r>
        <w:br/>
        <w:t>Гості харчували за Петрову душу та й Петрову пам'ять славили.</w:t>
      </w:r>
    </w:p>
    <w:p>
      <w:r>
        <w:br/>
        <w:t>Хата була повна Петра, хоть лишень свічка горіла на тім місці, де він лежав.</w:t>
      </w:r>
    </w:p>
    <w:p>
      <w:r>
        <w:br/>
        <w:t>Калина топилася з жалю і роздавала гостям поливані гладуни та й книші за Петрову душу — а Йвана обминула.</w:t>
      </w:r>
    </w:p>
    <w:p>
      <w:r>
        <w:br/>
        <w:t>Ґаздині ворожили, що то добрий знак, а ґазди їм притакували і додавали, що Йван своє простибі сам собі возьме.</w:t>
      </w:r>
    </w:p>
    <w:p>
      <w:r>
        <w:br/>
        <w:t>— Такому побратимові падеся покійника рушниця,— набилювали ґаздині.</w:t>
      </w:r>
    </w:p>
    <w:p>
      <w:r>
        <w:br/>
        <w:t>— Та й порошниця,— докинула Калина.</w:t>
      </w:r>
    </w:p>
    <w:p>
      <w:r>
        <w:br/>
        <w:t>— Та й, відів, і молодиця,— довершили ґазди. Калина горіла, як царівник над рікою. Та й лиш опустила</w:t>
      </w:r>
    </w:p>
    <w:p>
      <w:r>
        <w:br/>
        <w:t>миски з начинкою та й горілиць на землю впала.</w:t>
      </w:r>
    </w:p>
    <w:p>
      <w:r>
        <w:br/>
        <w:t>Що прибегали, що примовляли, що відтирали, все не помагало, удовиця як завмерла.</w:t>
      </w:r>
    </w:p>
    <w:p>
      <w:r>
        <w:br/>
        <w:t>Отік її Петро з того світа викривив її черлені губки, аби нікого не чарували, та й перевернув її голубі очі, аби на нікого не моргали, та й її личко заморозив, аби нікого вогнем не поти на л о.</w:t>
      </w:r>
    </w:p>
    <w:p>
      <w:r>
        <w:br/>
        <w:t>Таке воно молоденьке, а таке, гей гусятко, повним возом переїхане!</w:t>
      </w:r>
    </w:p>
    <w:p>
      <w:r>
        <w:br/>
        <w:t>— Ця, любки пишні, вже своєї бани не вибанує та й своєї люби ріками не затопит!</w:t>
      </w:r>
    </w:p>
    <w:p>
      <w:r>
        <w:br/>
        <w:t>— Вічна удовиця...</w:t>
      </w:r>
    </w:p>
    <w:p>
      <w:r>
        <w:br/>
        <w:t>Але на Юра пукла над ріками лоза, а лісами закувала зазуля.</w:t>
      </w:r>
    </w:p>
    <w:p>
      <w:r>
        <w:br/>
        <w:t>А Калина пасе маржину на полонинці.</w:t>
      </w:r>
    </w:p>
    <w:p>
      <w:r>
        <w:br/>
        <w:t>Та одна красуня дуже вритна і як покмітить своїми великими очима, що ґаздиня ширинку вишиває, то зараз пронирае в ліщині і дубиною та крушинами крадьки перехоплюється на Иванову царинку, на молоду та зелену коню-шинку.</w:t>
      </w:r>
    </w:p>
    <w:p>
      <w:r>
        <w:br/>
        <w:t>А Йван гладить красуню та й приповідае:</w:t>
      </w:r>
    </w:p>
    <w:p>
      <w:r>
        <w:br/>
        <w:t>— А де ж твій ґазда, ти краса-красуне?</w:t>
      </w:r>
    </w:p>
    <w:p>
      <w:r>
        <w:br/>
        <w:t>— А хто ж тебе доїтиме, ти ласа ласунко?</w:t>
      </w:r>
    </w:p>
    <w:p>
      <w:r>
        <w:br/>
        <w:t>— А хто ж тобі придій принесе, приятелько пишна? А відтак бере та й кличе Калину. Але не кличе її направці,</w:t>
      </w:r>
    </w:p>
    <w:p>
      <w:r>
        <w:br/>
        <w:t>лиш насамперед у гай співає:</w:t>
      </w:r>
    </w:p>
    <w:p>
      <w:r>
        <w:br/>
        <w:t>Ой чічько солоденька, забув бих ті швидко, Аби з мого подвір'єчка на твоє не видко. Бодай тото подвір'єчко вогнем ізгоріло, Шоби мене, файна любко, *д тобі не кортіло.</w:t>
      </w:r>
    </w:p>
    <w:p>
      <w:r>
        <w:br/>
        <w:t>А відтак грає у вербову тилинку, а відтак кує, як зазуля, а відтак клекотить, як готур. Та й на тото приходить Калина.</w:t>
      </w:r>
    </w:p>
    <w:p>
      <w:r>
        <w:br/>
        <w:t>— А йкий же мені, Калинко, буде приемець?</w:t>
      </w:r>
    </w:p>
    <w:p>
      <w:r>
        <w:br/>
        <w:t>Калина очі успід та й паленіє, а ширинка з рук на коню-шинку.</w:t>
      </w:r>
    </w:p>
    <w:p>
      <w:r>
        <w:br/>
        <w:t>А Йван хап ширинку та й за ремінь. А до Калини око в око:</w:t>
      </w:r>
    </w:p>
    <w:p>
      <w:r>
        <w:br/>
        <w:t>— Калинко-душко!</w:t>
      </w:r>
    </w:p>
    <w:p>
      <w:r>
        <w:br/>
        <w:t>— Йванчіку-братчіку!..</w:t>
      </w:r>
    </w:p>
    <w:p>
      <w:r>
        <w:br/>
        <w:t>А зазуля не кує, ні — аж гай розвивається.</w:t>
      </w:r>
    </w:p>
    <w:p>
      <w:r>
        <w:br/>
        <w:t>А річка срібним поясом тот гай то вперізує, то розперізує.</w:t>
      </w:r>
    </w:p>
    <w:p>
      <w:r>
        <w:br/>
        <w:t>А Калинина маржина гейби до півусміху роти відтворила і надслухує, то зазирає та й помалу-помалу ступ-ступ з полонинки на Иванову конюшинку.</w:t>
      </w:r>
    </w:p>
    <w:p>
      <w:r>
        <w:br/>
        <w:t>А господь понад гори походжає і сонечком дихає на ввесь світ, на гори й долини та й на полонини.</w:t>
      </w:r>
    </w:p>
    <w:p>
      <w:r>
        <w:br/>
        <w:t>Та й на Калинину любість золотом мече.</w:t>
      </w:r>
    </w:p>
    <w:p>
      <w:r>
        <w:br/>
        <w:t>Радується на ріллі скиба, у ріці риба, царинками зело.</w:t>
      </w:r>
    </w:p>
    <w:p>
      <w:r>
        <w:br/>
        <w:t>Палають цвіти попід лісами, над берегами, над вулицями, над керницями.</w:t>
      </w:r>
    </w:p>
    <w:p>
      <w:r>
        <w:br/>
        <w:t>Розщебеталася німа діброва, порозліталася медова бджілка, порозлягалися запашні вітри.</w:t>
      </w:r>
    </w:p>
    <w:p>
      <w:r>
        <w:br/>
        <w:t>Прото весна яра...</w:t>
      </w:r>
    </w:p>
    <w:p>
      <w:r>
        <w:br/>
        <w:t>А любистки з челядинських городчиків підоймаються та й весні приспівують:</w:t>
      </w:r>
    </w:p>
    <w:p>
      <w:r>
        <w:br/>
        <w:t>Зарікайся, файна любко, мід-горівку пити, Та лишень ся не зарікай Івана любити.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Зарікайся мід-горівку пити!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