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 Шевченка</w:t>
      </w:r>
    </w:p>
    <w:p>
      <w:r>
        <w:br/>
        <w:t xml:space="preserve"> І</w:t>
      </w:r>
    </w:p>
    <w:p>
      <w:r>
        <w:br/>
        <w:t>Мільйонам душ і рук, що сіяли й орали,&lt;br /&gt;</w:t>
        <w:br/>
        <w:t>Копали руди і варили сталь,&lt;br /&gt;</w:t>
        <w:br/>
        <w:t>Не вчені, не політики, не генерали, —&lt;br /&gt;</w:t>
        <w:br/>
        <w:t>Поет-співець державотворцем став.</w:t>
      </w:r>
    </w:p>
    <w:p>
      <w:r>
        <w:br/>
        <w:t>Це він своїм полум'яним глаголом,&lt;br /&gt;</w:t>
        <w:br/>
        <w:t>Пророчим словом запалив серця —&lt;br /&gt;</w:t>
        <w:br/>
        <w:t>Їх воскресив, як Лазаря-мерця,&lt;br /&gt;</w:t>
        <w:br/>
        <w:t>А над прадавнім Руси суходолом</w:t>
      </w:r>
    </w:p>
    <w:p>
      <w:r>
        <w:br/>
        <w:t>Він назву із сімох вогненних літер&lt;br /&gt;</w:t>
        <w:br/>
        <w:t>Немов нове сузір'я засвітив,&lt;br /&gt;</w:t>
        <w:br/>
        <w:t>І від Софії березневий вітер&lt;br /&gt;</w:t>
        <w:br/>
        <w:t>Підносить "Заповіту" громовий мотив:</w:t>
      </w:r>
    </w:p>
    <w:p>
      <w:r>
        <w:br/>
        <w:t>"Поховайте та вставайте,&lt;br /&gt;</w:t>
        <w:br/>
        <w:t>Кайдани порвіте…"</w:t>
      </w:r>
    </w:p>
    <w:p>
      <w:r>
        <w:br/>
        <w:t>ІІ</w:t>
      </w:r>
    </w:p>
    <w:p>
      <w:r>
        <w:br/>
        <w:t>Буде, буде Україна —&lt;br /&gt;</w:t>
        <w:br/>
        <w:t>Новітня народна держава!&lt;br /&gt;</w:t>
        <w:br/>
        <w:t>Там, де гибіла вчора руїна,&lt;br /&gt;</w:t>
        <w:br/>
        <w:t>Нова підіймається слава!</w:t>
      </w:r>
    </w:p>
    <w:p>
      <w:r>
        <w:br/>
        <w:t>Як сполохана зграя вороняча&lt;br /&gt;</w:t>
        <w:br/>
        <w:t>Кряче в полі гнівно й сердито,&lt;br /&gt;</w:t>
        <w:br/>
        <w:t>Так лютують імперські погоничі&lt;br /&gt;</w:t>
        <w:br/>
        <w:t>Й ті, що звикли в ярмі ходити:</w:t>
      </w:r>
    </w:p>
    <w:p>
      <w:r>
        <w:br/>
        <w:t>"Яка Україна? Чому Україна? Звісно —&lt;br /&gt;</w:t>
        <w:br/>
        <w:t>Вигадка німців…" — крячуть зловісно —&lt;br /&gt;</w:t>
        <w:br/>
        <w:t>"Тішаться малороси — звідки б вона взялась?"&lt;br /&gt;</w:t>
        <w:br/>
        <w:t>У відповідь зграї гримить залізно:&lt;br /&gt;</w:t>
        <w:br/>
        <w:t>"Україні жити! Малоросії — зась!"</w:t>
      </w:r>
    </w:p>
    <w:p>
      <w:r>
        <w:br/>
        <w:t>"Заповітом" піднятий із сну сторіч,&lt;br /&gt;</w:t>
        <w:br/>
        <w:t>Народ утвердив: "Україні не вмерти!"&lt;br /&gt;</w:t>
        <w:br/>
        <w:t>Вільною волею, хвилею рад і віч,&lt;br /&gt;</w:t>
        <w:br/>
        <w:t>Трьома універсалами й великим — Четвертим!&lt;br /&gt;</w:t>
        <w:br/>
        <w:t>І на хвилі народного руху,&lt;br /&gt;</w:t>
        <w:br/>
        <w:t>Змітаючи вороже прокляття,&lt;br /&gt;</w:t>
        <w:br/>
        <w:t>Братерські стискають руки&lt;br /&gt;</w:t>
        <w:br/>
        <w:t>Наддніпрянщина,&lt;br /&gt;</w:t>
        <w:br/>
        <w:t>Галичина,&lt;br /&gt;</w:t>
        <w:br/>
        <w:t>Буковина,&lt;br /&gt;</w:t>
        <w:br/>
        <w:t>Закарпаття —</w:t>
      </w:r>
    </w:p>
    <w:p>
      <w:r>
        <w:br/>
        <w:t>Ті, що йшли по чужу звитягу,&lt;br /&gt;</w:t>
        <w:br/>
        <w:t>Царську і цісарську славу,&lt;br /&gt;</w:t>
        <w:br/>
        <w:t>Україні складають присягу,&lt;br /&gt;</w:t>
        <w:br/>
        <w:t>В рідні лаштуються лави.</w:t>
      </w:r>
    </w:p>
    <w:p>
      <w:r>
        <w:br/>
        <w:t>Синьо-жовті стяги над ними мають,&lt;br /&gt;</w:t>
        <w:br/>
        <w:t>Слава козацька не гине!&lt;br /&gt;</w:t>
        <w:br/>
        <w:t>І вольні нащадки рушають&lt;br /&gt;</w:t>
        <w:br/>
        <w:t>Підіймати червону калину…</w:t>
      </w:r>
    </w:p>
    <w:p>
      <w:r>
        <w:br/>
        <w:t>"І вражою злою кров'ю&lt;br /&gt;</w:t>
        <w:br/>
        <w:t>Волю окропіте…"</w:t>
      </w:r>
    </w:p>
    <w:p>
      <w:r>
        <w:br/>
        <w:t>ІІІ</w:t>
      </w:r>
    </w:p>
    <w:p>
      <w:r>
        <w:br/>
        <w:t>Вікову полуду&lt;br /&gt;</w:t>
        <w:br/>
        <w:t>Випалило слово&lt;br /&gt;</w:t>
        <w:br/>
        <w:t>З очей його люду,&lt;br /&gt;</w:t>
        <w:br/>
        <w:t>І розкута мова&lt;br /&gt;</w:t>
        <w:br/>
        <w:t>І здобута воля&lt;br /&gt;</w:t>
        <w:br/>
        <w:t>В'єдино злилися&lt;br /&gt;</w:t>
        <w:br/>
        <w:t>Від Таврії поля&lt;br /&gt;</w:t>
        <w:br/>
        <w:t>До гаїв Полісся,&lt;br /&gt;</w:t>
        <w:br/>
        <w:t>З Донецького кряжу&lt;br /&gt;</w:t>
        <w:br/>
        <w:t>По самі Карпати&lt;br /&gt;</w:t>
        <w:br/>
        <w:t>Женуть силу вражу&lt;br /&gt;</w:t>
        <w:br/>
        <w:t>Із рідної хати.&lt;br /&gt;</w:t>
        <w:br/>
        <w:t>Заповідь-порада&lt;br /&gt;</w:t>
        <w:br/>
        <w:t>Українській долі:&lt;br /&gt;</w:t>
        <w:br/>
        <w:t>"В своїй хаті своя правда,&lt;br /&gt;</w:t>
        <w:br/>
        <w:t>І сила, і воля!"&lt;br /&gt;</w:t>
        <w:br/>
        <w:t>Та чи правда буде?&lt;br /&gt;</w:t>
        <w:br/>
        <w:t>І де тая сила?&lt;br /&gt;</w:t>
        <w:br/>
        <w:t>Чи неволя, люди,&lt;br /&gt;</w:t>
        <w:br/>
        <w:t>Ще вас мало била?&lt;br /&gt;</w:t>
        <w:br/>
        <w:t>Де полкам стояти&lt;br /&gt;</w:t>
        <w:br/>
        <w:t>Нерушимим станом,&lt;br /&gt;</w:t>
        <w:br/>
        <w:t>Довелось вмирати&lt;br /&gt;</w:t>
        <w:br/>
        <w:t>Молодим крутянам…&lt;br /&gt;</w:t>
        <w:br/>
        <w:t>Чи виїла серце&lt;br /&gt;</w:t>
        <w:br/>
        <w:t>Неволі отрута,&lt;br /&gt;</w:t>
        <w:br/>
        <w:t>Що не міг усе це&lt;br /&gt;</w:t>
        <w:br/>
        <w:t>Наш народ збагнути?</w:t>
      </w:r>
    </w:p>
    <w:p>
      <w:r>
        <w:br/>
        <w:t>"І мене в сім'ї великій,&lt;br /&gt;</w:t>
        <w:br/>
        <w:t>Сім'ї вольній новій…"</w:t>
      </w:r>
    </w:p>
    <w:p>
      <w:r>
        <w:br/>
        <w:t>ІV</w:t>
      </w:r>
    </w:p>
    <w:p>
      <w:r>
        <w:br/>
        <w:t>Та ще сім'ї великої нема,&lt;br /&gt;</w:t>
        <w:br/>
        <w:t>А вольної і нової — тим паче,&lt;br /&gt;</w:t>
        <w:br/>
        <w:t>Ще як колись стражденна мати плаче&lt;br /&gt;</w:t>
        <w:br/>
        <w:t>І латану свитину з неї син зніма.</w:t>
      </w:r>
    </w:p>
    <w:p>
      <w:r>
        <w:br/>
        <w:t>О Україно! Незліченність жертв&lt;br /&gt;</w:t>
        <w:br/>
        <w:t>Ти заплатила за свою покору —&lt;br /&gt;</w:t>
        <w:br/>
        <w:t>Мільйони душ понищив людожер&lt;br /&gt;</w:t>
        <w:br/>
        <w:t>Кривавий, Сталін — кат голодомору.</w:t>
      </w:r>
    </w:p>
    <w:p>
      <w:r>
        <w:br/>
        <w:t>За обіцянки раю золоті,&lt;br /&gt;</w:t>
        <w:br/>
        <w:t>За ленінську земну облуду&lt;br /&gt;</w:t>
        <w:br/>
        <w:t>Мільйони у колимській мерзлоті&lt;br /&gt;</w:t>
        <w:br/>
        <w:t>Лежать нетлінно до Страшного суду…</w:t>
      </w:r>
    </w:p>
    <w:p>
      <w:r>
        <w:br/>
        <w:t>"Не забудьте пом'янути&lt;br /&gt;</w:t>
        <w:br/>
        <w:t>Не злим, тихим словом".</w:t>
      </w:r>
    </w:p>
    <w:p>
      <w:r>
        <w:br/>
        <w:t>V</w:t>
      </w:r>
    </w:p>
    <w:p>
      <w:r>
        <w:br/>
        <w:t>Там, де тебе, Тарасе, поховали,&lt;br /&gt;</w:t>
        <w:br/>
        <w:t>Де пам'ятники рукотворні возвели,&lt;br /&gt;</w:t>
        <w:br/>
        <w:t>Там коло них щорічні ритуали&lt;br /&gt;</w:t>
        <w:br/>
        <w:t>Велеречивої режимної хвали</w:t>
      </w:r>
    </w:p>
    <w:p>
      <w:r>
        <w:br/>
        <w:t>Твоя вислухувала з бронзи подобизна,&lt;br /&gt;</w:t>
        <w:br/>
        <w:t>Темніючи від гніву і жалю:&lt;br /&gt;</w:t>
        <w:br/>
        <w:t>"Народе мій, — ти думав, — ще не пізно,&lt;br /&gt;</w:t>
        <w:br/>
        <w:t>Прокинься — кличу і прозри — молю!</w:t>
      </w:r>
    </w:p>
    <w:p>
      <w:r>
        <w:br/>
        <w:t>Ви тіло поховали — не повстали,&lt;br /&gt;</w:t>
        <w:br/>
        <w:t>Не скинули ярма неволі і хули&lt;br /&gt;</w:t>
        <w:br/>
        <w:t>Й мене самого й слово на поталу&lt;br /&gt;</w:t>
        <w:br/>
        <w:t>Ворогові легковірно віддали.</w:t>
      </w:r>
    </w:p>
    <w:p>
      <w:r>
        <w:br/>
        <w:t>Не розкувалися, не побратались&lt;br /&gt;</w:t>
        <w:br/>
        <w:t>І не позбавились московської біди,&lt;br /&gt;</w:t>
        <w:br/>
        <w:t>Та є мого пророцтва вічна сталість,&lt;br /&gt;</w:t>
        <w:br/>
        <w:t>Якої не минуть, не обійти,</w:t>
      </w:r>
    </w:p>
    <w:p>
      <w:r>
        <w:br/>
        <w:t>Що вижевріє, як колись, у спалах&lt;br /&gt;</w:t>
        <w:br/>
        <w:t>І вибухне всеочистительним вогнем!&lt;br /&gt;</w:t>
        <w:br/>
        <w:t>Я весь у вас — невкірних, не в оспалих,&lt;br /&gt;</w:t>
        <w:br/>
        <w:t>А ви в мені. І разом ми ідем.</w:t>
      </w:r>
    </w:p>
    <w:p>
      <w:r>
        <w:br/>
        <w:t>Ми разом — воля, правда й сила&lt;br /&gt;</w:t>
        <w:br/>
        <w:t>Землі, якої ще не знає світ,&lt;br /&gt;</w:t>
        <w:br/>
        <w:t>І поки кров тече у вражих жилах,&lt;br /&gt;</w:t>
        <w:br/>
        <w:t>І Україну сковано — гримить мій "Заповіт"!</w:t>
      </w:r>
    </w:p>
    <w:p>
      <w:r>
        <w:br/>
        <w:t>VІ</w:t>
      </w:r>
    </w:p>
    <w:p>
      <w:r>
        <w:br/>
        <w:t>Без сліз сиріт і вдів&lt;br /&gt;</w:t>
        <w:br/>
        <w:t>І без кровопролиття&lt;br /&gt;</w:t>
        <w:br/>
        <w:t>Звершилось диво з див&lt;br /&gt;</w:t>
        <w:br/>
        <w:t>Двадцятого століття —&lt;br /&gt;</w:t>
        <w:br/>
        <w:t>Не боєм з барикад&lt;br /&gt;</w:t>
        <w:br/>
        <w:t>Відроджено свободу,&lt;br /&gt;</w:t>
        <w:br/>
        <w:t>Сконав твій, мати, кат!&lt;br /&gt;</w:t>
        <w:br/>
        <w:t>Держава для народу!&lt;br /&gt;</w:t>
        <w:br/>
        <w:t>Хоч не розвіявсь дим&lt;br /&gt;</w:t>
        <w:br/>
        <w:t>Імперії дощенту,&lt;br /&gt;</w:t>
        <w:br/>
        <w:t>Вітає Білий дім&lt;br /&gt;</w:t>
        <w:br/>
        <w:t>Вкраїни президента,&lt;br /&gt;</w:t>
        <w:br/>
        <w:t>І Лондон, і Пекін,&lt;br /&gt;</w:t>
        <w:br/>
        <w:t>Париж, Мадрид, Варшава,&lt;br /&gt;</w:t>
        <w:br/>
        <w:t>На світовий бо кін&lt;br /&gt;</w:t>
        <w:br/>
        <w:t>З'явилася держава.&lt;br /&gt;</w:t>
        <w:br/>
        <w:t>Хоч кроки ще важкі,&lt;br /&gt;</w:t>
        <w:br/>
        <w:t>Вона ж зміцніє скоро.&lt;br /&gt;</w:t>
        <w:br/>
        <w:t>Лишилися божки —&lt;br /&gt;</w:t>
        <w:br/>
        <w:t>Вчорашнього опора.&lt;br /&gt;</w:t>
        <w:br/>
        <w:t>Нова доба гряде&lt;br /&gt;</w:t>
        <w:br/>
        <w:t>І покоління молоде&lt;br /&gt;</w:t>
        <w:br/>
        <w:t>Старому йде на зміну,&lt;br /&gt;</w:t>
        <w:br/>
        <w:t>Щоб оновить Вкраїну.&lt;br /&gt;</w:t>
        <w:br/>
        <w:t>Сто сорок і шість літ!&lt;br /&gt;</w:t>
        <w:br/>
        <w:t>Із волі твого люду&lt;br /&gt;</w:t>
        <w:br/>
        <w:t>Здійснивсь твій "Заповіт" —&lt;br /&gt;</w:t>
        <w:br/>
        <w:t>Є Україна й буде!</w:t>
      </w:r>
    </w:p>
    <w:p>
      <w:r>
        <w:br/>
        <w:t>1989-99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