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Замок на горі</w:t>
      </w:r>
    </w:p>
    <w:p>
      <w:r>
        <w:br/>
        <w:t xml:space="preserve"> Покинутий замок роками&lt;br /&gt;</w:t>
        <w:br/>
        <w:t>Стоїть на горі в далині.&lt;br /&gt;</w:t>
        <w:br/>
        <w:t>Бувало, колись біля брами&lt;br /&gt;</w:t>
        <w:br/>
        <w:t>Тут рицар чекав на коні.&lt;br /&gt;</w:t>
        <w:br/>
        <w:t>А нині навкруг попелище,&lt;br /&gt;</w:t>
        <w:br/>
        <w:t>Де тиша могильна вгорі,&lt;br /&gt;</w:t>
        <w:br/>
        <w:t>І скрізь мені вільна дорога,—&lt;br /&gt;</w:t>
        <w:br/>
        <w:t>Зруйновані мури старі.</w:t>
      </w:r>
    </w:p>
    <w:p>
      <w:r>
        <w:br/>
        <w:t>В підвалі оцім шумувало&lt;br /&gt;</w:t>
        <w:br/>
        <w:t>Немало хмільного вина,—&lt;br /&gt;</w:t>
        <w:br/>
        <w:t>Та більш не приходить служниця,&lt;br /&gt;</w:t>
        <w:br/>
        <w:t>І глеків не носить вона;</w:t>
      </w:r>
    </w:p>
    <w:p>
      <w:r>
        <w:br/>
        <w:t>Вже келихів більш не розставить&lt;br /&gt;</w:t>
        <w:br/>
        <w:t>Шляхетним гостям при столі,&lt;br /&gt;</w:t>
        <w:br/>
        <w:t>Що п'ють у святковому залі&lt;br /&gt;</w:t>
        <w:br/>
        <w:t>При тьмяних свічках у імлі;</w:t>
      </w:r>
    </w:p>
    <w:p>
      <w:r>
        <w:br/>
        <w:t>Попові не сповнить баклагу,&lt;br /&gt;</w:t>
        <w:br/>
        <w:t>Хильнути не дасть нашвидку&lt;br /&gt;</w:t>
        <w:br/>
        <w:t>Із глека свого зброєносцю&lt;br /&gt;</w:t>
        <w:br/>
        <w:t>Й не прийме подяку легку.</w:t>
      </w:r>
    </w:p>
    <w:p>
      <w:r>
        <w:br/>
        <w:t>Упало згоріле склепіння,&lt;br /&gt;</w:t>
        <w:br/>
        <w:t>У комині — вітру виття,&lt;br /&gt;</w:t>
        <w:br/>
        <w:t>Ні сходів крутих, ні покоїв —&lt;br /&gt;</w:t>
        <w:br/>
        <w:t>А тільки руїни й сміття.</w:t>
      </w:r>
    </w:p>
    <w:p>
      <w:r>
        <w:br/>
        <w:t>Але, коли світлого ранку&lt;br /&gt;</w:t>
        <w:br/>
        <w:t>Кохана по схилу іде,&lt;br /&gt;</w:t>
        <w:br/>
        <w:t>А в неї баклага і цитра,&lt;br /&gt;</w:t>
        <w:br/>
        <w:t>І свято бучне її жде,—</w:t>
      </w:r>
    </w:p>
    <w:p>
      <w:r>
        <w:br/>
        <w:t>Тоді мені весело знову,&lt;br /&gt;</w:t>
        <w:br/>
        <w:t>І тиша зникає німа,&lt;br /&gt;</w:t>
        <w:br/>
        <w:t>І щиро співа моє серце,&lt;br /&gt;</w:t>
        <w:br/>
        <w:t>І радість його обійма.</w:t>
      </w:r>
    </w:p>
    <w:p>
      <w:r>
        <w:br/>
        <w:t>І ми, наче гості шляхетні,&lt;br /&gt;</w:t>
        <w:br/>
        <w:t>По залах мовчазно йдемо,&lt;br /&gt;</w:t>
        <w:br/>
        <w:t>Мов пара з минулого віку,&lt;br /&gt;</w:t>
        <w:br/>
        <w:t>Обряду врочисто ждемо.</w:t>
      </w:r>
    </w:p>
    <w:p>
      <w:r>
        <w:br/>
        <w:t>І пастир поважний питає,&lt;br /&gt;</w:t>
        <w:br/>
        <w:t>В карелі подавши нам знак:&lt;br /&gt;</w:t>
        <w:br/>
        <w:t>— Чи хочете ви поєднатись?&lt;br /&gt;</w:t>
        <w:br/>
        <w:t>І ми сміємося: ще й як!</w:t>
      </w:r>
    </w:p>
    <w:p>
      <w:r>
        <w:br/>
        <w:t>І співи хоральні милують&lt;br /&gt;</w:t>
        <w:br/>
        <w:t>Схвильовані наші серця,&lt;br /&gt;</w:t>
        <w:br/>
        <w:t>В устах — не в юрбі многолюдній&lt;br /&gt;</w:t>
        <w:br/>
        <w:t>Відлунює пісня оця.</w:t>
      </w:r>
    </w:p>
    <w:p>
      <w:r>
        <w:br/>
        <w:t>А надвечір в час таємничий.&lt;br /&gt;</w:t>
        <w:br/>
        <w:t>Як сонце сіда в ти шині,&lt;br /&gt;</w:t>
        <w:br/>
        <w:t>На дальні мінливі вершини&lt;br /&gt;</w:t>
        <w:br/>
        <w:t>Дивлюсь, і здається мені,</w:t>
      </w:r>
    </w:p>
    <w:p>
      <w:r>
        <w:br/>
        <w:t>Що це зброєносець в тумані&lt;br /&gt;</w:t>
        <w:br/>
        <w:t>Й служниця... І в тиші хвилин&lt;br /&gt;</w:t>
        <w:br/>
        <w:t>Вона йде його частувати,&lt;br /&gt;</w:t>
        <w:br/>
        <w:t>І дякує дівчині він.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Замок на горі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