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Замазка</w:t>
      </w:r>
    </w:p>
    <w:p>
      <w:r>
        <w:br/>
        <w:t xml:space="preserve"> &lt;p&gt;Одного разу скляр замазував на зиму рами, а Костик та Сашко стояли поряд і дивились. Коли скляр пішов, вони відколупали од вікон замазку і заходилися ліпити з неї звірів. Тільки звірі у них не виходили. Тоді Костик зліпив гадюку й каже Сашкові:</w:t>
      </w:r>
    </w:p>
    <w:p>
      <w:r>
        <w:br/>
        <w:t>— Подивися, що в мене вийшло.</w:t>
      </w:r>
    </w:p>
    <w:p>
      <w:r>
        <w:br/>
        <w:t>Сашко подививсь і каже:</w:t>
      </w:r>
    </w:p>
    <w:p>
      <w:r>
        <w:br/>
        <w:t>— Ліверна ковбаса.</w:t>
      </w:r>
    </w:p>
    <w:p>
      <w:r>
        <w:br/>
        <w:t>Костик образився і сховав замазку в кишеню. Потім вони пішли в кіно. Сашко все непокоївся і питав:</w:t>
      </w:r>
    </w:p>
    <w:p>
      <w:r>
        <w:br/>
        <w:t>— Де замазка?</w:t>
      </w:r>
    </w:p>
    <w:p>
      <w:r>
        <w:br/>
        <w:t>А Костик відповідав:</w:t>
      </w:r>
    </w:p>
    <w:p>
      <w:r>
        <w:br/>
        <w:t>— Ось вона, в кишені. Не з'їм я її!</w:t>
      </w:r>
    </w:p>
    <w:p>
      <w:r>
        <w:br/>
        <w:t>У кіно вони взяли квитки і купили два м'ятні пряники. Раптом задзеленчав дзвоник. Костик кинувся займати місце, а Сашко застряв десь. От Костик зайняв два місця. На одне сам сів, а на друге поклав замазку. Раптом прийшов незнайомий громадянин і сів на замазку.</w:t>
      </w:r>
    </w:p>
    <w:p>
      <w:r>
        <w:br/>
        <w:t>Костик каже:</w:t>
      </w:r>
    </w:p>
    <w:p>
      <w:r>
        <w:br/>
        <w:t>— Це місце зайняте, тут Сашко сидить.</w:t>
      </w:r>
    </w:p>
    <w:p>
      <w:r>
        <w:br/>
        <w:t>— Який такий Сашко? Тут я сиджу, — сказав громадянин.</w:t>
      </w:r>
    </w:p>
    <w:p>
      <w:r>
        <w:br/>
        <w:t>Тут прибіг Сашко і сів поруч з іншого боку.</w:t>
      </w:r>
    </w:p>
    <w:p>
      <w:r>
        <w:br/>
        <w:t>— Де замазка? — питає.</w:t>
      </w:r>
    </w:p>
    <w:p>
      <w:r>
        <w:br/>
        <w:t>— Тихіше! — прошепотів Костик і подивився скоса на громадянина.</w:t>
      </w:r>
    </w:p>
    <w:p>
      <w:r>
        <w:br/>
        <w:t>— Хто це? — питає Сашко.</w:t>
      </w:r>
    </w:p>
    <w:p>
      <w:r>
        <w:br/>
        <w:t>— Не знаю.</w:t>
      </w:r>
    </w:p>
    <w:p>
      <w:r>
        <w:br/>
        <w:t>— Чого ж ти його боїшся?</w:t>
      </w:r>
    </w:p>
    <w:p>
      <w:r>
        <w:br/>
        <w:t>— Він на замазці сидить.</w:t>
      </w:r>
    </w:p>
    <w:p>
      <w:r>
        <w:br/>
        <w:t>— Навіщо ж ти віддав йому?</w:t>
      </w:r>
    </w:p>
    <w:p>
      <w:r>
        <w:br/>
        <w:t>— Я не давав, а він сів.</w:t>
      </w:r>
    </w:p>
    <w:p>
      <w:r>
        <w:br/>
        <w:t>— То забери!</w:t>
      </w:r>
    </w:p>
    <w:p>
      <w:r>
        <w:br/>
        <w:t>Тут погасло світло і розпочалося кіно.</w:t>
      </w:r>
    </w:p>
    <w:p>
      <w:r>
        <w:br/>
        <w:t>— Дядечку, — сказав Костик, — віддайте замазку.</w:t>
      </w:r>
    </w:p>
    <w:p>
      <w:r>
        <w:br/>
        <w:t>— Яку замазку?</w:t>
      </w:r>
    </w:p>
    <w:p>
      <w:r>
        <w:br/>
        <w:t>— Котру ми з вікна виколупали.</w:t>
      </w:r>
    </w:p>
    <w:p>
      <w:r>
        <w:br/>
        <w:t>— З вікна виколупали?</w:t>
      </w:r>
    </w:p>
    <w:p>
      <w:r>
        <w:br/>
        <w:t>— Атож. Віддайте, дядю!</w:t>
      </w:r>
    </w:p>
    <w:p>
      <w:r>
        <w:br/>
        <w:t>— Та я ж не брав у вас!</w:t>
      </w:r>
    </w:p>
    <w:p>
      <w:r>
        <w:br/>
        <w:t>— Ми знаємо, що не брали. Ви сидите на ній.</w:t>
      </w:r>
    </w:p>
    <w:p>
      <w:r>
        <w:br/>
        <w:t>— Сиджу?!</w:t>
      </w:r>
    </w:p>
    <w:p>
      <w:r>
        <w:br/>
        <w:t>— Атож.</w:t>
      </w:r>
    </w:p>
    <w:p>
      <w:r>
        <w:br/>
        <w:t>Громадянин підскочив на стільці.</w:t>
      </w:r>
    </w:p>
    <w:p>
      <w:r>
        <w:br/>
        <w:t>— Чого ж ти раніше мовчав, негідний?</w:t>
      </w:r>
    </w:p>
    <w:p>
      <w:r>
        <w:br/>
        <w:t>— Та я ж казав вам, що місце зайняте.</w:t>
      </w:r>
    </w:p>
    <w:p>
      <w:r>
        <w:br/>
        <w:t>— Коли ж ти казав? Коли я уже сів!</w:t>
      </w:r>
    </w:p>
    <w:p>
      <w:r>
        <w:br/>
        <w:t>— Звідки ж я знав, що ви сядете?</w:t>
      </w:r>
    </w:p>
    <w:p>
      <w:r>
        <w:br/>
        <w:t>Громадянин підвівся і заходився нишпорити на стільці.</w:t>
      </w:r>
    </w:p>
    <w:p>
      <w:r>
        <w:br/>
        <w:t>— Ну, де ж ваша замазка, лиходії? — пробурчав він.</w:t>
      </w:r>
    </w:p>
    <w:p>
      <w:r>
        <w:br/>
        <w:t>— Стривайте, ось вона! — сказав Костик.</w:t>
      </w:r>
    </w:p>
    <w:p>
      <w:r>
        <w:br/>
        <w:t>— Де?</w:t>
      </w:r>
    </w:p>
    <w:p>
      <w:r>
        <w:br/>
        <w:t>— Ось, на стільці розмазалась. Ми зараз зчистимо.</w:t>
      </w:r>
    </w:p>
    <w:p>
      <w:r>
        <w:br/>
        <w:t>— Зчищайте швидше, негідні! — гарячкував громадянин.</w:t>
      </w:r>
    </w:p>
    <w:p>
      <w:r>
        <w:br/>
        <w:t>— Сідайте! — кричали на них ззаду.</w:t>
      </w:r>
    </w:p>
    <w:p>
      <w:r>
        <w:br/>
        <w:t>— Не можу, — виправдовувався громадянин. — У мене тут замазка.</w:t>
      </w:r>
    </w:p>
    <w:p>
      <w:r>
        <w:br/>
        <w:t>Нарешті хлопці зішкребли замазку.</w:t>
      </w:r>
    </w:p>
    <w:p>
      <w:r>
        <w:br/>
        <w:t>— Ну, тепер добре, — сказали вони. — Сідайте.</w:t>
      </w:r>
    </w:p>
    <w:p>
      <w:r>
        <w:br/>
        <w:t>Громадянин сів.</w:t>
      </w:r>
    </w:p>
    <w:p>
      <w:r>
        <w:br/>
        <w:t>Стало тихо.</w:t>
      </w:r>
    </w:p>
    <w:p>
      <w:r>
        <w:br/>
        <w:t>Костик уже хотів дивитися кіно, але тут зашепотів Сашко:</w:t>
      </w:r>
    </w:p>
    <w:p>
      <w:r>
        <w:br/>
        <w:t>— Ти вже з'їв свого пряника?</w:t>
      </w:r>
    </w:p>
    <w:p>
      <w:r>
        <w:br/>
        <w:t>— Ні ще. А ти?</w:t>
      </w:r>
    </w:p>
    <w:p>
      <w:r>
        <w:br/>
        <w:t>— Я теж ні. Давай їсти.</w:t>
      </w:r>
    </w:p>
    <w:p>
      <w:r>
        <w:br/>
        <w:t>— Давай.</w:t>
      </w:r>
    </w:p>
    <w:p>
      <w:r>
        <w:br/>
        <w:t>Почулося чавкання. Костик раптом плюнув і прохрипів:</w:t>
      </w:r>
    </w:p>
    <w:p>
      <w:r>
        <w:br/>
        <w:t>— Слухай, у тебе пряник смачний?</w:t>
      </w:r>
    </w:p>
    <w:p>
      <w:r>
        <w:br/>
        <w:t>— Угу.</w:t>
      </w:r>
    </w:p>
    <w:p>
      <w:r>
        <w:br/>
        <w:t>— А в мене несмачний. М'який якийсь. Напевне, розтанув у кишені.</w:t>
      </w:r>
    </w:p>
    <w:p>
      <w:r>
        <w:br/>
        <w:t>— А замазка де?</w:t>
      </w:r>
    </w:p>
    <w:p>
      <w:r>
        <w:br/>
        <w:t>— Замазка ось, у кишені… Тільки стривай! Це не замазка, а пряник. Тьху! В темряві переплутав, розумієш, замазку і пряник. Тьху! То ж бо я дивлюся, що несмачно!</w:t>
      </w:r>
    </w:p>
    <w:p>
      <w:r>
        <w:br/>
        <w:t>Костик зі злості швиргонув замазку на підлогу.</w:t>
      </w:r>
    </w:p>
    <w:p>
      <w:r>
        <w:br/>
        <w:t>— Навіщо ж ти її кинув? — запитав Сашко.</w:t>
      </w:r>
    </w:p>
    <w:p>
      <w:r>
        <w:br/>
        <w:t>— А навіщо мені вона?</w:t>
      </w:r>
    </w:p>
    <w:p>
      <w:r>
        <w:br/>
        <w:t>— Тобі не треба, а мені треба, — пробурчав Сашко і поліз під стілець шукати замазку. — Де ж вона? — сердився він. — Ось шукай тепер.</w:t>
      </w:r>
    </w:p>
    <w:p>
      <w:r>
        <w:br/>
        <w:t>— Зараз я знайду, — сказав Костик і теж зник під стільцем.</w:t>
      </w:r>
    </w:p>
    <w:p>
      <w:r>
        <w:br/>
        <w:t>— Ой! — почулося раптом звідкись ізнизу. — Дядю, пустіть!</w:t>
      </w:r>
    </w:p>
    <w:p>
      <w:r>
        <w:br/>
        <w:t>— Хто це там?</w:t>
      </w:r>
    </w:p>
    <w:p>
      <w:r>
        <w:br/>
        <w:t>— Це я.</w:t>
      </w:r>
    </w:p>
    <w:p>
      <w:r>
        <w:br/>
        <w:t>— Хто — я?</w:t>
      </w:r>
    </w:p>
    <w:p>
      <w:r>
        <w:br/>
        <w:t>— Я, Костик. Пустіть мене!</w:t>
      </w:r>
    </w:p>
    <w:p>
      <w:r>
        <w:br/>
        <w:t>— Та я ж не держу тебе.</w:t>
      </w:r>
    </w:p>
    <w:p>
      <w:r>
        <w:br/>
        <w:t>— Ви мені на руку наступили!</w:t>
      </w:r>
    </w:p>
    <w:p>
      <w:r>
        <w:br/>
        <w:t>— Чого ж ти поліз під стілець?</w:t>
      </w:r>
    </w:p>
    <w:p>
      <w:r>
        <w:br/>
        <w:t>— Я замазку шукаю.</w:t>
      </w:r>
    </w:p>
    <w:p>
      <w:r>
        <w:br/>
        <w:t>Костик проліз під стільцем і зустрівся з Сашком ніс у ніс.</w:t>
      </w:r>
    </w:p>
    <w:p>
      <w:r>
        <w:br/>
        <w:t>— Хто це? — злякався він.</w:t>
      </w:r>
    </w:p>
    <w:p>
      <w:r>
        <w:br/>
        <w:t>— Це я, Сашко.</w:t>
      </w:r>
    </w:p>
    <w:p>
      <w:r>
        <w:br/>
        <w:t>— А це я, Костик.</w:t>
      </w:r>
    </w:p>
    <w:p>
      <w:r>
        <w:br/>
        <w:t>— Знайшов?</w:t>
      </w:r>
    </w:p>
    <w:p>
      <w:r>
        <w:br/>
        <w:t>— Нічого не знайшов.</w:t>
      </w:r>
    </w:p>
    <w:p>
      <w:r>
        <w:br/>
        <w:t>— І я не знайшов.</w:t>
      </w:r>
    </w:p>
    <w:p>
      <w:r>
        <w:br/>
        <w:t>— Давай краще кіно дивитись, а то всі лякаються, в обличчя ногами тицяють, думають — собака.</w:t>
      </w:r>
    </w:p>
    <w:p>
      <w:r>
        <w:br/>
        <w:t>Костик і Сашко пролізли під стільцями і сіли на свої місця. Перед ними на екрані мигнув напис: "Кінець". Публіка кинулась до виходу. Хлопці вийшли на вулицю.</w:t>
      </w:r>
    </w:p>
    <w:p>
      <w:r>
        <w:br/>
        <w:t>— Що це за кіно ми дивились? — каже Костик. — Я щось нічого не розібрав.</w:t>
      </w:r>
    </w:p>
    <w:p>
      <w:r>
        <w:br/>
        <w:t>— А я, думаєш, розібрав? — відповів Сашко. — Якась нісенітниця та й годі. Показують же такі картини!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