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Залишені квіти</w:t>
      </w:r>
    </w:p>
    <w:p>
      <w:r>
        <w:br/>
        <w:t xml:space="preserve"> Скоро вечір...&lt;br /&gt;</w:t>
        <w:br/>
        <w:t>Осінній лист пролітає повз мене.&lt;br /&gt;</w:t>
        <w:br/>
        <w:t>Він більше ніколи не повернеться сюди.&lt;br /&gt;</w:t>
        <w:br/>
        <w:t>Не повернусь, напевно, і я, бо навіщо?&lt;br /&gt;</w:t>
        <w:br/>
        <w:t>Моє кохання, як цей лист,&lt;br /&gt;</w:t>
        <w:br/>
        <w:t>Може упасти тільки до твоїх ніг...</w:t>
      </w:r>
    </w:p>
    <w:p>
      <w:r>
        <w:br/>
        <w:t>Не знаю я, коли прийду сюди,&lt;br /&gt;</w:t>
        <w:br/>
        <w:t>Та залишаю після себе&lt;br /&gt;</w:t>
        <w:br/>
        <w:t>Ці квіти, що знайов в саду&lt;br /&gt;</w:t>
        <w:br/>
        <w:t>Для тебе, для тебе.</w:t>
      </w:r>
    </w:p>
    <w:p>
      <w:r>
        <w:br/>
        <w:t>А може, завтра я прийду сюди,&lt;br /&gt;</w:t>
        <w:br/>
        <w:t>Де вітер пелюстки колише.&lt;br /&gt;</w:t>
        <w:br/>
        <w:t>Так знай, тут щастя назавжди&lt;br /&gt;</w:t>
        <w:br/>
        <w:t>Залишив я, залишив я.</w:t>
      </w:r>
    </w:p>
    <w:p>
      <w:r>
        <w:br/>
        <w:t>Нехай холодний осінній вітер підхопить ці квіти&lt;br /&gt;</w:t>
        <w:br/>
        <w:t>І понесе до тебе.&lt;br /&gt;</w:t>
        <w:br/>
        <w:t>Але ні, краще нехай їх бере швидка холодна вода.</w:t>
      </w:r>
    </w:p>
    <w:p>
      <w:r>
        <w:br/>
        <w:t>Не знаю я, коли прийду сюди,&lt;br /&gt;</w:t>
        <w:br/>
        <w:t>Та залишаю після себе&lt;br /&gt;</w:t>
        <w:br/>
        <w:t>Ці квіти, що знайов в саду&lt;br /&gt;</w:t>
        <w:br/>
        <w:t>Для тебе, для тебе.</w:t>
      </w:r>
    </w:p>
    <w:p>
      <w:r>
        <w:br/>
        <w:t>А може, завтра я прийду сюди,&lt;br /&gt;</w:t>
        <w:br/>
        <w:t>Де вітер пелюстки колише.&lt;br /&gt;</w:t>
        <w:br/>
        <w:t>Так знай, тут серце назавжди&lt;br /&gt;</w:t>
        <w:br/>
        <w:t>Залишив я, залишив я.&lt;br /&gt;</w:t>
        <w:br/>
        <w:t>Залишив я, залишив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Залишені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