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Закон джунглів</w:t>
      </w:r>
    </w:p>
    <w:p>
      <w:r>
        <w:br/>
        <w:t xml:space="preserve"> Ось вам Джунґлів Закон, що древній і незмінний, як неба синь,&lt;br /&gt;</w:t>
        <w:br/>
        <w:t>І як дотримуєшся його – живи, а як порушив його – згинь!&lt;br /&gt;</w:t>
        <w:br/>
        <w:t>Мов ліани гнучкої, так і Закону вперед і назад петляє путь,&lt;br /&gt;</w:t>
        <w:br/>
        <w:t>Бо сила Вовка – у Зграї й у Вовкові – Зграї могуть.</w:t>
      </w:r>
    </w:p>
    <w:p>
      <w:r>
        <w:br/>
        <w:t>Вмивайся щоденно й, коли п’єш, довіряйсь глибині, а не дну;&lt;br /&gt;</w:t>
        <w:br/>
        <w:t>Й пам’ятай, що ніч для полювання; й не забувай, що день для сну.&lt;br /&gt;</w:t>
        <w:br/>
        <w:t>Хай Шакал жде об’їдків від Тигра; ти ж, Маля, й нині вже затям,&lt;br /&gt;</w:t>
        <w:br/>
        <w:t>Що Вовк – це Мисливець і їжу собі добуває він сам.&lt;br /&gt;</w:t>
        <w:br/>
        <w:t>Ведмідь, Тигр, Пантера – Джунґлів Царі, то ж із ними підтримуй мир;&lt;br /&gt;</w:t>
        <w:br/>
        <w:t>Не турбуй Слона, з Кабана не кпись, бо кожний в лігві – лютий звір.&lt;br /&gt;</w:t>
        <w:br/>
        <w:t>Як Зграя зустріне Зграю і в Джунґлях їм не розійтись ніяк,&lt;br /&gt;</w:t>
        <w:br/>
        <w:t>Не гарячкуй, а спокійно жди, що вирішать із Вожаком Вожак.&lt;br /&gt;</w:t>
        <w:br/>
        <w:t>Й коли б’єшся з Вовком із Зграї, роби це один і віддалік,&lt;br /&gt;</w:t>
        <w:br/>
        <w:t>Бо інші встрянуть у бійку й розбрат цей не кінчиться й через рік.&lt;br /&gt;</w:t>
        <w:br/>
        <w:t>Лігво Вовка – фортеця його, якщо облаштував його ти:&lt;br /&gt;</w:t>
        <w:br/>
        <w:t>Навіть Вожак не зазіхне, навіть Рада не посміє ввійти.&lt;br /&gt;</w:t>
        <w:br/>
        <w:t>Лігво Вовка – фортеця, та коли жити небезпечно в нім,&lt;br /&gt;</w:t>
        <w:br/>
        <w:t>Рада звістить, щоб залишив його й обзавівся ще одним.&lt;br /&gt;</w:t>
        <w:br/>
        <w:t>Якщо вб’єш до опівночі, мовчи й на всю хащу не вий,&lt;br /&gt;</w:t>
        <w:br/>
        <w:t>Бо оленів злякаєш й інші з-за цього втратять сніданок свій.&lt;br /&gt;</w:t>
        <w:br/>
        <w:t>Вбивай лиш для того, щоб голод втамувати – сімейства і свій;&lt;br /&gt;</w:t>
        <w:br/>
        <w:t>Та не вбивай для втіхи і – затям це – вбивати людей не смій!&lt;br /&gt;</w:t>
        <w:br/>
        <w:t>Як здобич у слабшого вирвеш – всю її в ту ж мить не поїдай:&lt;br /&gt;</w:t>
        <w:br/>
        <w:t>Закон на боці немічних, то ж частину скривдженому віддай.&lt;br /&gt;</w:t>
        <w:br/>
        <w:t>Зграї здобич – це власність її: кожен їсть її там, де знайде;&lt;br /&gt;</w:t>
        <w:br/>
        <w:t>Та не сміє хай до лігва взяти, бо інакше смерть його жде.&lt;br /&gt;</w:t>
        <w:br/>
        <w:t>Вовка здобич – це власність його й, що хоче, робить із нею він:&lt;br /&gt;</w:t>
        <w:br/>
        <w:t>Без дозволу його не торкнеться до неї із Зграї ні один.&lt;br /&gt;</w:t>
        <w:br/>
        <w:t>Вовченят Право – в кожного із Зграї вимагати кусень свій,&lt;br /&gt;</w:t>
        <w:br/>
        <w:t>Й ніхто з Вовків не посміє противиться вимозі тій.&lt;br /&gt;</w:t>
        <w:br/>
        <w:t>Вовчиці Право як Матері – вимагати для малят своїх&lt;br /&gt;</w:t>
        <w:br/>
        <w:t>Й ніхто не відмовиться частку дати, щоб нагодувати їх.&lt;br /&gt;</w:t>
        <w:br/>
        <w:t>Вовка Право як Батька – полювати й себе вдовольняти сповна;&lt;br /&gt;</w:t>
        <w:br/>
        <w:t>Від вимог Зграї він вільний і судить його лише Рада одна.&lt;br /&gt;</w:t>
        <w:br/>
        <w:t>Із-за розсудливості своєї, лап сили й поважного віку свого&lt;br /&gt;</w:t>
        <w:br/>
        <w:t>Там, де й Закон щось упустить, Вожака Слово замінить його.&lt;br /&gt;</w:t>
        <w:br/>
        <w:t>Й ось це Джунґлів Закон, всеосяжний і бездонний, як неба вись;&lt;br /&gt;</w:t>
        <w:br/>
        <w:t>Та основа основ Закону, суть його – це наказ: "Підкорись!"</w:t>
      </w:r>
    </w:p>
    <w:p>
      <w:r>
        <w:br/>
        <w:t>Переклад В. Марача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джунглів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