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Закінчується осінь. Ти сидиш...</w:t>
      </w:r>
    </w:p>
    <w:p>
      <w:r>
        <w:br/>
        <w:t xml:space="preserve"> Закінчується осінь. Ти сидиш&lt;br /&gt;</w:t>
        <w:br/>
        <w:t>над водами, які раптово стали&lt;br /&gt;</w:t>
        <w:br/>
        <w:t>чужими, темними і злими; ти один.&lt;br /&gt;</w:t>
        <w:br/>
        <w:t>Усі поїхали до міст і цілу зиму&lt;br /&gt;</w:t>
        <w:br/>
        <w:t>Не буде звідти ні листів, ні пілігримів,&lt;br /&gt;</w:t>
        <w:br/>
        <w:t>і буде тихо, як у вусі. Тільки пес&lt;br /&gt;</w:t>
        <w:br/>
        <w:t>та миші залишилися з тобою&lt;br /&gt;</w:t>
        <w:br/>
        <w:t>в остатньому притулку на землі,&lt;br /&gt;</w:t>
        <w:br/>
        <w:t>де можна буде трохи одітхнути&lt;br /&gt;</w:t>
        <w:br/>
        <w:t>і скинути старі дорожні речі,&lt;br /&gt;</w:t>
        <w:br/>
        <w:t>що зашкарубли од утоми та нудьги.&lt;br /&gt;</w:t>
        <w:br/>
        <w:t>І можна буде зовсім не вдавати&lt;br /&gt;</w:t>
        <w:br/>
        <w:t>такого з себе, як усі, і зоставатись&lt;br /&gt;</w:t>
        <w:br/>
        <w:t>ніяковим, немов той чорноклен,&lt;br /&gt;</w:t>
        <w:br/>
        <w:t>що вже усіх своїх листків позбувся, —&lt;br /&gt;</w:t>
        <w:br/>
        <w:t>отак позбутися властивостей, ознак,&lt;br /&gt;</w:t>
        <w:br/>
        <w:t>єднаючих тебе із людським видом,&lt;br /&gt;</w:t>
        <w:br/>
        <w:t>і перестати бути індивідом;&lt;br /&gt;</w:t>
        <w:br/>
        <w:t>п'ючи зелений, добрий хінський чай,&lt;br /&gt;</w:t>
        <w:br/>
        <w:t>читати пильно грубі фоліанти&lt;br /&gt;</w:t>
        <w:br/>
        <w:t>старих ченців, які шукали Правди —&lt;br /&gt;</w:t>
        <w:br/>
        <w:t>І не знайшли; зате писали гарно.&lt;br /&gt;</w:t>
        <w:br/>
        <w:t>…А там, дивись, і юний перший сніг&lt;br /&gt;</w:t>
        <w:br/>
        <w:t>зашелестить у голому гіллі,&lt;br /&gt;</w:t>
        <w:br/>
        <w:t>гукаючи тобі ледь чутно: "Час додому!"&lt;br /&gt;</w:t>
        <w:br/>
        <w:t>Короткий зір до неба підведеш,&lt;br /&gt;</w:t>
        <w:br/>
        <w:t>нічого не побачиш, посміхнешся,&lt;br /&gt;</w:t>
        <w:br/>
        <w:t>за звичкою блазнюючи, зопнешся&lt;br /&gt;</w:t>
        <w:br/>
        <w:t>навшпиньки, руки вгору простягнеш&lt;br /&gt;</w:t>
        <w:br/>
        <w:t>і раптом усвідомиш: повертатись&lt;br /&gt;</w:t>
        <w:br/>
        <w:t>нема куди, бо справжнє Царство тут,&lt;br /&gt;</w:t>
        <w:br/>
        <w:t>у грудях догорає, мовби свічка.&lt;br /&gt;</w:t>
        <w:br/>
        <w:t>Не переймайся. То лише спокуса,&lt;br /&gt;</w:t>
        <w:br/>
        <w:t>одна з останніх. Найчорніша ніч —&lt;br /&gt;</w:t>
        <w:br/>
        <w:t>перед Світанням…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Закінчується осінь. Ти сидиш...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