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Зайчикова хатка</w:t>
      </w:r>
    </w:p>
    <w:p>
      <w:r>
        <w:br/>
        <w:t xml:space="preserve"> Оселились біля річки</w:t>
      </w:r>
    </w:p>
    <w:p>
      <w:r>
        <w:br/>
        <w:t>Сірий зайчик та лисичка.</w:t>
      </w:r>
    </w:p>
    <w:p>
      <w:r>
        <w:br/>
        <w:t>Зайчик — в хатці луб'яній,</w:t>
      </w:r>
    </w:p>
    <w:p>
      <w:r>
        <w:br/>
        <w:t>А лисичка — в крижаній:</w:t>
      </w:r>
    </w:p>
    <w:p>
      <w:r>
        <w:br/>
        <w:t>Ось постукала в віконця</w:t>
      </w:r>
    </w:p>
    <w:p>
      <w:r>
        <w:br/>
        <w:t>Тепла сонячна весна,</w:t>
      </w:r>
    </w:p>
    <w:p>
      <w:r>
        <w:br/>
        <w:t>І розтанула на сонці</w:t>
      </w:r>
    </w:p>
    <w:p>
      <w:r>
        <w:br/>
        <w:t>Біла хатка крижана.</w:t>
      </w:r>
    </w:p>
    <w:p>
      <w:r>
        <w:br/>
        <w:t>Почала лиса зітхати:</w:t>
      </w:r>
    </w:p>
    <w:p>
      <w:r>
        <w:br/>
        <w:t>— Як я житиму без хати?</w:t>
      </w:r>
    </w:p>
    <w:p>
      <w:r>
        <w:br/>
        <w:t>Зараз зайця прожену</w:t>
      </w:r>
    </w:p>
    <w:p>
      <w:r>
        <w:br/>
        <w:t>Й влізу в хатку луб'яну!</w:t>
      </w:r>
    </w:p>
    <w:p>
      <w:r>
        <w:br/>
        <w:t>Де вже зайчику малому</w:t>
      </w:r>
    </w:p>
    <w:p>
      <w:r>
        <w:br/>
        <w:t>Суперечить хижаку!</w:t>
      </w:r>
    </w:p>
    <w:p>
      <w:r>
        <w:br/>
        <w:t>Довелось тікати з дому</w:t>
      </w:r>
    </w:p>
    <w:p>
      <w:r>
        <w:br/>
        <w:t>Бідолашному звірку.</w:t>
      </w:r>
    </w:p>
    <w:p>
      <w:r>
        <w:br/>
        <w:t>А лисиця та хвостата</w:t>
      </w:r>
    </w:p>
    <w:p>
      <w:r>
        <w:br/>
        <w:t>Влізла в зайчикову хату</w:t>
      </w:r>
    </w:p>
    <w:p>
      <w:r>
        <w:br/>
        <w:t>І в хатинці луб'яній</w:t>
      </w:r>
    </w:p>
    <w:p>
      <w:r>
        <w:br/>
        <w:t>Оселилась, як в своїй.</w:t>
      </w:r>
    </w:p>
    <w:p>
      <w:r>
        <w:br/>
        <w:t>Пострибав по лісі зайчик,</w:t>
      </w:r>
    </w:p>
    <w:p>
      <w:r>
        <w:br/>
        <w:t>Сірий зайчик-побігайчик,</w:t>
      </w:r>
    </w:p>
    <w:p>
      <w:r>
        <w:br/>
        <w:t>Сльози річкою ллючи:</w:t>
      </w:r>
    </w:p>
    <w:p>
      <w:r>
        <w:br/>
        <w:t>Страшно в лісі уночі!</w:t>
      </w:r>
    </w:p>
    <w:p>
      <w:r>
        <w:br/>
        <w:t>Раптом вовк іде до нього</w:t>
      </w:r>
    </w:p>
    <w:p>
      <w:r>
        <w:br/>
        <w:t>Та й питає: — Що таке?</w:t>
      </w:r>
    </w:p>
    <w:p>
      <w:r>
        <w:br/>
        <w:t>Мабуть, в зайчика малого</w:t>
      </w:r>
    </w:p>
    <w:p>
      <w:r>
        <w:br/>
        <w:t>Лихо трапилось тяжке?</w:t>
      </w:r>
    </w:p>
    <w:p>
      <w:r>
        <w:br/>
        <w:t>— Ой, мене прогнала з хати</w:t>
      </w:r>
    </w:p>
    <w:p>
      <w:r>
        <w:br/>
        <w:t>Люта злодійка хвостата!</w:t>
      </w:r>
    </w:p>
    <w:p>
      <w:r>
        <w:br/>
        <w:t>Ой, куди ж тепер піду?..</w:t>
      </w:r>
    </w:p>
    <w:p>
      <w:r>
        <w:br/>
        <w:t>Де я захисток знайду?..</w:t>
      </w:r>
    </w:p>
    <w:p>
      <w:r>
        <w:br/>
        <w:t>— Годі, годі, зайчик, плакать,</w:t>
      </w:r>
    </w:p>
    <w:p>
      <w:r>
        <w:br/>
        <w:t>Витри слізоньки свої.</w:t>
      </w:r>
    </w:p>
    <w:p>
      <w:r>
        <w:br/>
        <w:t>Знаю я цю розбишаку,</w:t>
      </w:r>
    </w:p>
    <w:p>
      <w:r>
        <w:br/>
        <w:t>Зараз вижену її!</w:t>
      </w:r>
    </w:p>
    <w:p>
      <w:r>
        <w:br/>
        <w:t>Підійшли вони до хати,</w:t>
      </w:r>
    </w:p>
    <w:p>
      <w:r>
        <w:br/>
        <w:t>Вовк гарчить: — Ану, хвостата!</w:t>
      </w:r>
    </w:p>
    <w:p>
      <w:r>
        <w:br/>
        <w:t>Забирайся звідсіля! —</w:t>
      </w:r>
    </w:p>
    <w:p>
      <w:r>
        <w:br/>
        <w:t>А лисиця відмовля:</w:t>
      </w:r>
    </w:p>
    <w:p>
      <w:r>
        <w:br/>
        <w:t>— От як скочу, як підскочу, —</w:t>
      </w:r>
    </w:p>
    <w:p>
      <w:r>
        <w:br/>
        <w:t>Полетить від тебе клоччя,</w:t>
      </w:r>
    </w:p>
    <w:p>
      <w:r>
        <w:br/>
        <w:t>На шматочки роздеру,</w:t>
      </w:r>
    </w:p>
    <w:p>
      <w:r>
        <w:br/>
        <w:t>Ще й на порох розітру!</w:t>
      </w:r>
    </w:p>
    <w:p>
      <w:r>
        <w:br/>
        <w:t>Вовк злякався — та й тікати!</w:t>
      </w:r>
    </w:p>
    <w:p>
      <w:r>
        <w:br/>
        <w:t>А зайча пішло вночі</w:t>
      </w:r>
    </w:p>
    <w:p>
      <w:r>
        <w:br/>
        <w:t>Знову захисту шукати,</w:t>
      </w:r>
    </w:p>
    <w:p>
      <w:r>
        <w:br/>
        <w:t>Сльози річкою ллючи.</w:t>
      </w:r>
    </w:p>
    <w:p>
      <w:r>
        <w:br/>
        <w:t>Враз ведмідь іде до нього</w:t>
      </w:r>
    </w:p>
    <w:p>
      <w:r>
        <w:br/>
        <w:t>Та й питає: — Що таке?</w:t>
      </w:r>
    </w:p>
    <w:p>
      <w:r>
        <w:br/>
        <w:t>Мабуть, в зайчика малого</w:t>
      </w:r>
    </w:p>
    <w:p>
      <w:r>
        <w:br/>
        <w:t>Лихо трапилось тяжке?</w:t>
      </w:r>
    </w:p>
    <w:p>
      <w:r>
        <w:br/>
        <w:t>— Ой, мене прогнала з хати</w:t>
      </w:r>
    </w:p>
    <w:p>
      <w:r>
        <w:br/>
        <w:t>Люта злодійка хвостата!</w:t>
      </w:r>
    </w:p>
    <w:p>
      <w:r>
        <w:br/>
        <w:t>Ой, куди ж тепер піду?..</w:t>
      </w:r>
    </w:p>
    <w:p>
      <w:r>
        <w:br/>
        <w:t>Де я захисток знайду?..</w:t>
      </w:r>
    </w:p>
    <w:p>
      <w:r>
        <w:br/>
        <w:t>— Годі, годі, зайчик, плакать,</w:t>
      </w:r>
    </w:p>
    <w:p>
      <w:r>
        <w:br/>
        <w:t>Витри слізоньки свої.</w:t>
      </w:r>
    </w:p>
    <w:p>
      <w:r>
        <w:br/>
        <w:t>Знаю я цю розбишаку,</w:t>
      </w:r>
    </w:p>
    <w:p>
      <w:r>
        <w:br/>
        <w:t>Зараз вижену її!</w:t>
      </w:r>
    </w:p>
    <w:p>
      <w:r>
        <w:br/>
        <w:t>Підійшли вони до хати.</w:t>
      </w:r>
    </w:p>
    <w:p>
      <w:r>
        <w:br/>
        <w:t>— Геть! — загримав волохатий.</w:t>
      </w:r>
    </w:p>
    <w:p>
      <w:r>
        <w:br/>
        <w:t>Забирайся звідсіля! —</w:t>
      </w:r>
    </w:p>
    <w:p>
      <w:r>
        <w:br/>
        <w:t>А лисиця відмовля:</w:t>
      </w:r>
    </w:p>
    <w:p>
      <w:r>
        <w:br/>
        <w:t>— От як скочу, як підскочу —</w:t>
      </w:r>
    </w:p>
    <w:p>
      <w:r>
        <w:br/>
        <w:t>Полетить із тебе клоччя,</w:t>
      </w:r>
    </w:p>
    <w:p>
      <w:r>
        <w:br/>
        <w:t>На шматочки роздеру,</w:t>
      </w:r>
    </w:p>
    <w:p>
      <w:r>
        <w:br/>
        <w:t>Ще й на порох розітру!</w:t>
      </w:r>
    </w:p>
    <w:p>
      <w:r>
        <w:br/>
        <w:t>Як почув ведмідь цю мову —</w:t>
      </w:r>
    </w:p>
    <w:p>
      <w:r>
        <w:br/>
        <w:t>Враз сховався у кущі,</w:t>
      </w:r>
    </w:p>
    <w:p>
      <w:r>
        <w:br/>
        <w:t>І побрів наш зайчик знову,</w:t>
      </w:r>
    </w:p>
    <w:p>
      <w:r>
        <w:br/>
        <w:t>Сльози річкою ллючи.</w:t>
      </w:r>
    </w:p>
    <w:p>
      <w:r>
        <w:br/>
        <w:t>Стріла зайчика собака,</w:t>
      </w:r>
    </w:p>
    <w:p>
      <w:r>
        <w:br/>
        <w:t>Розпитала, що та як.</w:t>
      </w:r>
    </w:p>
    <w:p>
      <w:r>
        <w:br/>
        <w:t>— Годі, — каже, — годі плакать,</w:t>
      </w:r>
    </w:p>
    <w:p>
      <w:r>
        <w:br/>
        <w:t>Не боюсь я розбишак!</w:t>
      </w:r>
    </w:p>
    <w:p>
      <w:r>
        <w:br/>
        <w:t>Підійшла й вона до хати,</w:t>
      </w:r>
    </w:p>
    <w:p>
      <w:r>
        <w:br/>
        <w:t>Загарчала: — Геть, хвостата!</w:t>
      </w:r>
    </w:p>
    <w:p>
      <w:r>
        <w:br/>
        <w:t>Забирайся звідсіля! —</w:t>
      </w:r>
    </w:p>
    <w:p>
      <w:r>
        <w:br/>
        <w:t>А лисиця відмовля:</w:t>
      </w:r>
    </w:p>
    <w:p>
      <w:r>
        <w:br/>
        <w:t>— От як скочу, як підскочу, —</w:t>
      </w:r>
    </w:p>
    <w:p>
      <w:r>
        <w:br/>
        <w:t>Полетить від тебе клоччя,</w:t>
      </w:r>
    </w:p>
    <w:p>
      <w:r>
        <w:br/>
        <w:t>На шматочки роздеру,</w:t>
      </w:r>
    </w:p>
    <w:p>
      <w:r>
        <w:br/>
        <w:t>Ще й на порох розітру!</w:t>
      </w:r>
    </w:p>
    <w:p>
      <w:r>
        <w:br/>
        <w:t>Утекла й собака зразу!</w:t>
      </w:r>
    </w:p>
    <w:p>
      <w:r>
        <w:br/>
        <w:t>А зайчатко уночі</w:t>
      </w:r>
    </w:p>
    <w:p>
      <w:r>
        <w:br/>
        <w:t>Знов побігло, від образи</w:t>
      </w:r>
    </w:p>
    <w:p>
      <w:r>
        <w:br/>
        <w:t>Сльози річкою ллючи.</w:t>
      </w:r>
    </w:p>
    <w:p>
      <w:r>
        <w:br/>
        <w:t>Враз іде назустріч півник,</w:t>
      </w:r>
    </w:p>
    <w:p>
      <w:r>
        <w:br/>
        <w:t>Гострі шпори на ногах.</w:t>
      </w:r>
    </w:p>
    <w:p>
      <w:r>
        <w:br/>
        <w:t>— Що з тобою? Дуже дивно</w:t>
      </w:r>
    </w:p>
    <w:p>
      <w:r>
        <w:br/>
        <w:t>Зайця бачити в сльозах!</w:t>
      </w:r>
    </w:p>
    <w:p>
      <w:r>
        <w:br/>
        <w:t>— Ой, мене прогнала з хати</w:t>
      </w:r>
    </w:p>
    <w:p>
      <w:r>
        <w:br/>
        <w:t>Люта злодійка хвостата!</w:t>
      </w:r>
    </w:p>
    <w:p>
      <w:r>
        <w:br/>
        <w:t>Ой, куди ж тепер піду?..</w:t>
      </w:r>
    </w:p>
    <w:p>
      <w:r>
        <w:br/>
        <w:t>Де я захисток знайду?..</w:t>
      </w:r>
    </w:p>
    <w:p>
      <w:r>
        <w:br/>
        <w:t>— Що ж, провчу я розбишаку!</w:t>
      </w:r>
    </w:p>
    <w:p>
      <w:r>
        <w:br/>
        <w:t>— Де вже, півничок, тобі?!</w:t>
      </w:r>
    </w:p>
    <w:p>
      <w:r>
        <w:br/>
        <w:t>Вовк, ведмедик і собака</w:t>
      </w:r>
    </w:p>
    <w:p>
      <w:r>
        <w:br/>
        <w:t>Відступились в боротьбі...</w:t>
      </w:r>
    </w:p>
    <w:p>
      <w:r>
        <w:br/>
        <w:t>— Ну, за мене не страшися!</w:t>
      </w:r>
    </w:p>
    <w:p>
      <w:r>
        <w:br/>
        <w:t>Сам побачиш, — от ходім! —</w:t>
      </w:r>
    </w:p>
    <w:p>
      <w:r>
        <w:br/>
        <w:t>Вийшли друзі на узлісся,</w:t>
      </w:r>
    </w:p>
    <w:p>
      <w:r>
        <w:br/>
        <w:t>Де стояв зайчатин дім.</w:t>
      </w:r>
    </w:p>
    <w:p>
      <w:r>
        <w:br/>
        <w:t>Місяць виглянув з-за хмари.</w:t>
      </w:r>
    </w:p>
    <w:p>
      <w:r>
        <w:br/>
        <w:t>Півник крилами ударив.</w:t>
      </w:r>
    </w:p>
    <w:p>
      <w:r>
        <w:br/>
        <w:t>— Годі спать — ку-ку-рі-ку! —</w:t>
      </w:r>
    </w:p>
    <w:p>
      <w:r>
        <w:br/>
        <w:t>На чужім пуховику!</w:t>
      </w:r>
    </w:p>
    <w:p>
      <w:r>
        <w:br/>
        <w:t>Вмить лиса продерла очі.</w:t>
      </w:r>
    </w:p>
    <w:p>
      <w:r>
        <w:br/>
        <w:t>— Хто там ходить по двору?</w:t>
      </w:r>
    </w:p>
    <w:p>
      <w:r>
        <w:br/>
        <w:t>От як скочу, як підскочу —</w:t>
      </w:r>
    </w:p>
    <w:p>
      <w:r>
        <w:br/>
        <w:t>На шматочки роздеру!</w:t>
      </w:r>
    </w:p>
    <w:p>
      <w:r>
        <w:br/>
        <w:t>Не злякався півник смілий</w:t>
      </w:r>
    </w:p>
    <w:p>
      <w:r>
        <w:br/>
        <w:t>Та на ґанок як стрибне.</w:t>
      </w:r>
    </w:p>
    <w:p>
      <w:r>
        <w:br/>
        <w:t>— Забирайся, поки ціла!</w:t>
      </w:r>
    </w:p>
    <w:p>
      <w:r>
        <w:br/>
        <w:t>Не дратуй, гляди, мене!</w:t>
      </w:r>
    </w:p>
    <w:p>
      <w:r>
        <w:br/>
        <w:t>Відкида лиса запори,</w:t>
      </w:r>
    </w:p>
    <w:p>
      <w:r>
        <w:br/>
        <w:t>Бачить: півник-молодець,</w:t>
      </w:r>
    </w:p>
    <w:p>
      <w:r>
        <w:br/>
        <w:t>Гострий дзьоб, сталеві шпори</w:t>
      </w:r>
    </w:p>
    <w:p>
      <w:r>
        <w:br/>
        <w:t>Ще й червоний гребінець.</w:t>
      </w:r>
    </w:p>
    <w:p>
      <w:r>
        <w:br/>
        <w:t>Тут лиса аж закрутилась</w:t>
      </w:r>
    </w:p>
    <w:p>
      <w:r>
        <w:br/>
        <w:t>— Я хороша! Я не зла!</w:t>
      </w:r>
    </w:p>
    <w:p>
      <w:r>
        <w:br/>
        <w:t>Я з зайчатком не сварилась,</w:t>
      </w:r>
    </w:p>
    <w:p>
      <w:r>
        <w:br/>
        <w:t>По-сусідському жила!..</w:t>
      </w:r>
    </w:p>
    <w:p>
      <w:r>
        <w:br/>
        <w:t>А сама — мерщій на ґанок,</w:t>
      </w:r>
    </w:p>
    <w:p>
      <w:r>
        <w:br/>
        <w:t>Та — по східцях, та у ліс!..</w:t>
      </w:r>
    </w:p>
    <w:p>
      <w:r>
        <w:br/>
        <w:t>І зустрінув зайчик ранок</w:t>
      </w:r>
    </w:p>
    <w:p>
      <w:r>
        <w:br/>
        <w:t>Знов веселий, як колись.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Зайчикова хатка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