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Зайчик, що вважав себе сміливцем</w:t>
      </w:r>
    </w:p>
    <w:p>
      <w:r>
        <w:br/>
        <w:t xml:space="preserve"> &lt;p&gt;У густому-прегустому лісі, в глибокій норі під старезним дубом жила дружна заяча сім'я.</w:t>
      </w:r>
    </w:p>
    <w:p>
      <w:r>
        <w:br/>
        <w:t>Тато й мама часто відлучалися з нори. Вирушали в далекі мандри аж за ліс. Там було поле, а на ньому росли капуста, морква, буряки — всі заячі ласощі Малі зайчата мали суворий наказ гуляти тільки біля свого дерева і не відбігати від нього нікуди. Їм сказали, що в лісі повно хижаків. Упіймає хтось із них дурненьке зайчатко — і з'їсть.</w:t>
      </w:r>
    </w:p>
    <w:p>
      <w:r>
        <w:br/>
        <w:t>Шестеро зайченят були дуже слухняними. Вони повторювали одне одному батьків-материн наказ і бігали тільки довкруж дуба.</w:t>
      </w:r>
    </w:p>
    <w:p>
      <w:r>
        <w:br/>
        <w:t>А сьоме зайча — вродиться ж таке! — зовсім не знало послуху.</w:t>
      </w:r>
    </w:p>
    <w:p>
      <w:r>
        <w:br/>
        <w:t>Гайнуть тато й мама з нори, і воно вистрибом за ними.</w:t>
      </w:r>
    </w:p>
    <w:p>
      <w:r>
        <w:br/>
        <w:t>Наздогнати — не наздожене. Тільки миготіння лап побачить і помахи хвостів.</w:t>
      </w:r>
    </w:p>
    <w:p>
      <w:r>
        <w:br/>
        <w:t>Сяде на задні лапки й журно скаже:</w:t>
      </w:r>
    </w:p>
    <w:p>
      <w:r>
        <w:br/>
        <w:t>— О, знову наче вітер поніс їх!.. А куди ж подітися мені?!</w:t>
      </w:r>
    </w:p>
    <w:p>
      <w:r>
        <w:br/>
        <w:t>Виповзуть з нори шестеро слухняних зайчат і до нього.</w:t>
      </w:r>
    </w:p>
    <w:p>
      <w:r>
        <w:br/>
        <w:t>— Ти знову хочеш утекти з дому? Хочеш, щоб тебе вовк з'їв?!</w:t>
      </w:r>
    </w:p>
    <w:p>
      <w:r>
        <w:br/>
        <w:t>— А я вовка не боюся! — хвалиться перед ними.</w:t>
      </w:r>
    </w:p>
    <w:p>
      <w:r>
        <w:br/>
        <w:t>— Тебе лисиця впіймає...</w:t>
      </w:r>
    </w:p>
    <w:p>
      <w:r>
        <w:br/>
        <w:t>— Я й лисиці не боюся!</w:t>
      </w:r>
    </w:p>
    <w:p>
      <w:r>
        <w:br/>
        <w:t>Вони докірливо похитують вухами, а він усе вихваляється перед ними:</w:t>
      </w:r>
    </w:p>
    <w:p>
      <w:r>
        <w:br/>
        <w:t>— Я нікого-нікого і нічого-нічого не боюся!.. Я — не простий заєць, я — хоробрий заєць!</w:t>
      </w:r>
    </w:p>
    <w:p>
      <w:r>
        <w:br/>
        <w:t>Та й стрибом-вистрибом у кущі.</w:t>
      </w:r>
    </w:p>
    <w:p>
      <w:r>
        <w:br/>
        <w:t>Гасає по галявині, нюхає квіти, ласує полином, п'є воду з лісового струмка. Та ще й приказує при тому: "От добре, що я такий сміливець! Може, я — найбільший сміливець на весь наш великий ліс!.."</w:t>
      </w:r>
    </w:p>
    <w:p>
      <w:r>
        <w:br/>
        <w:t>Кілька днів думав саме так веселий зайчик.</w:t>
      </w:r>
    </w:p>
    <w:p>
      <w:r>
        <w:br/>
        <w:t>Аж якось прибіг він на сонячну галяву, на якій і загубив назавжди ту думку. Може, її потім підібрав хтось із лісових мешканців. І тепер носить у своїй голові, доки теж не загубить.</w:t>
      </w:r>
    </w:p>
    <w:p>
      <w:r>
        <w:br/>
        <w:t>Зайчик нюхав квіти, хрумав полинові стебла, а потім грів проти сонця допитливого носика. І раптом якраз навпроти нього щось загупотіло, зашелестіло. А далі голосно чхнуло. Аж луна по всій галяві пішла й між дерев далеко полетіла.</w:t>
      </w:r>
    </w:p>
    <w:p>
      <w:r>
        <w:br/>
        <w:t>— Я бо&amp;hellip;— сказав зайчик, але чомусь заїкнувся й не скінчив.</w:t>
      </w:r>
    </w:p>
    <w:p>
      <w:r>
        <w:br/>
        <w:t>Вушка йому несподівано затремтіли, як лист під дощем. А всередині стало так холодно, начебто там мороз ударив.</w:t>
      </w:r>
    </w:p>
    <w:p>
      <w:r>
        <w:br/>
        <w:t>І тут зайчик зрозумів, що він — не сміливий одчайдух, а звичайнісінький страхопуд.</w:t>
      </w:r>
    </w:p>
    <w:p>
      <w:r>
        <w:br/>
        <w:t>— Ой,— жалібно стогонув він і хотів утікати, але лапки його не послухалися. Вони мовби вросли в землю і пустили коріння.</w:t>
      </w:r>
    </w:p>
    <w:p>
      <w:r>
        <w:br/>
        <w:t>"Що ж буде?! Що буде?!" — застрибала, як білка на дереві, перелякана думка в його маленькій голові</w:t>
      </w:r>
    </w:p>
    <w:p>
      <w:r>
        <w:br/>
        <w:t>А на нього вже мовчки сунули дві жахливі істоти. У них — чорні носи і чорні очі над носами світять. А на спинах у всі боки грізно стримлять колючки.</w:t>
      </w:r>
    </w:p>
    <w:p>
      <w:r>
        <w:br/>
        <w:t>"Оце вони і є, хижаки,— гірко подумало зайча.— Заколють мене і з'їдять... Пропав, ой, пропав-пропав..."</w:t>
      </w:r>
    </w:p>
    <w:p>
      <w:r>
        <w:br/>
        <w:t>Та хижаки не поспішали колоти його і їсти. Вони довго придивлялися до нього й мовчали. Потім більше страховисько стало нюхати зайчика.</w:t>
      </w:r>
    </w:p>
    <w:p>
      <w:r>
        <w:br/>
        <w:t>Пропливла по небу хмарка й заступила сонце.</w:t>
      </w:r>
    </w:p>
    <w:p>
      <w:r>
        <w:br/>
        <w:t>Глузливо заскреготіла з дерева сорока: "Хор-робр-рий зайчик! Хор-робр-рий&amp;hellip;"</w:t>
      </w:r>
    </w:p>
    <w:p>
      <w:r>
        <w:br/>
        <w:t>А зайча втислося в траву і чуло, як гулко бухкає в землю його маленьке перестрашене серце. Мабуть, на весь ліс чути те бухкання.</w:t>
      </w:r>
    </w:p>
    <w:p>
      <w:r>
        <w:br/>
        <w:t>— Пахне заячим молоком,— несподівано сказало колюче страховисько біля нього.</w:t>
      </w:r>
    </w:p>
    <w:p>
      <w:r>
        <w:br/>
        <w:t>— Ага,— тремтячим голосом відповів йому сіровухий,— бо я зайчик... Такий маленький, смирний зайчик... Зовсім маленький... І зовсім-зовсім смирний...</w:t>
      </w:r>
    </w:p>
    <w:p>
      <w:r>
        <w:br/>
        <w:t>— Сам бачу, що зайчик,— суворо промовив до нього колючкатий.</w:t>
      </w:r>
    </w:p>
    <w:p>
      <w:r>
        <w:br/>
        <w:t>— А ви, ви — хижаки?</w:t>
      </w:r>
    </w:p>
    <w:p>
      <w:r>
        <w:br/>
        <w:t>Вони переглянулися і засміялись.</w:t>
      </w:r>
    </w:p>
    <w:p>
      <w:r>
        <w:br/>
        <w:t>— Тобі пощастило! Ми не хижаки, ми їжаки. Ми нікого не чіпаємо.</w:t>
      </w:r>
    </w:p>
    <w:p>
      <w:r>
        <w:br/>
        <w:t>— Справді-справді? — недовірливо запитало зайча</w:t>
      </w:r>
    </w:p>
    <w:p>
      <w:r>
        <w:br/>
        <w:t>— Справді</w:t>
      </w:r>
    </w:p>
    <w:p>
      <w:r>
        <w:br/>
        <w:t>І сіровухий зрозумів, що вони даремно видалися йому страшними. От тільки голки&amp;hellip;</w:t>
      </w:r>
    </w:p>
    <w:p>
      <w:r>
        <w:br/>
        <w:t>— А навіщо вам голки? — запитав уже майже сміливо.</w:t>
      </w:r>
    </w:p>
    <w:p>
      <w:r>
        <w:br/>
        <w:t>— Щоб захищатися від хижаків.</w:t>
      </w:r>
    </w:p>
    <w:p>
      <w:r>
        <w:br/>
        <w:t>І тоді зайченя розповіло своїм знайомцям, як воно їх спочатку злякалося. Змовчало тільки про те, що вважало себе найсміливішим сміливцем у всьому лісі.</w:t>
      </w:r>
    </w:p>
    <w:p>
      <w:r>
        <w:br/>
        <w:t>Їжаки допровадили його додому. Бо хоч у нього хвіст і вуха вже й не тремтіли і ноги знову стали слухняними, однак він чомусь перелякано здригався на кожен шерех листя.</w:t>
      </w:r>
    </w:p>
    <w:p>
      <w:r>
        <w:br/>
        <w:t>Удома зайчик нічого не сказав про свою пригоду. Але й не хвалився, як було раніше, що він нібито найсміливіший сміливець. Ліг натомлений і заснув.</w:t>
      </w:r>
    </w:p>
    <w:p>
      <w:r>
        <w:br/>
        <w:t>І приснилося йому, що в нього на спині повиростало повнісінько гострих колючок. "І тепер, — подумав він уві сні,— можна не боятися жодного хижака. Тепер можна бути справжнім сміливцем..."</w:t>
      </w:r>
    </w:p>
    <w:p>
      <w:r>
        <w:br/>
        <w:t>Зайчик радісно прокинувся й одразу ж мацнув себе лапкою за спину.</w:t>
      </w:r>
    </w:p>
    <w:p>
      <w:r>
        <w:br/>
        <w:t>Але ніяких колючок там не було.</w:t>
      </w:r>
    </w:p>
    <w:p>
      <w:r>
        <w:br/>
        <w:t>Йому стало дуже прикро.</w:t>
      </w:r>
    </w:p>
    <w:p>
      <w:r>
        <w:br/>
        <w:t>І зайчик заплакав.</w:t>
      </w:r>
    </w:p>
    <w:p>
      <w:r>
        <w:br/>
        <w:t>А як усі сльози в нього скінчилися, розповів усе татові й мамі</w:t>
      </w:r>
    </w:p>
    <w:p>
      <w:r>
        <w:br/>
        <w:t>— Зате в нас найпрудкіші ноги на весь ліс,— заспокоїли вони його.— Ні в кого немає таких ніг!</w:t>
      </w:r>
    </w:p>
    <w:p>
      <w:r>
        <w:br/>
        <w:t>І він зрозумів: кожному звірові дано щось таке, чого немає в інших.</w:t>
      </w:r>
    </w:p>
    <w:p>
      <w:r>
        <w:br/>
        <w:t>І з гордістю став роздивлятися свої довгі стрункі ноги.</w:t>
      </w:r>
    </w:p>
    <w:p>
      <w:r>
        <w:br/>
        <w:t>...Якщо вам пощастить десь побачити гарного прудконогого зайця із кумедно задертим хвостом — знайте: то може бути й він.</w:t>
      </w:r>
    </w:p>
    <w:p>
      <w:r>
        <w:br/>
        <w:t>Той зайчик, що колись вважав себе найсміливішим сміливцем.</w:t>
      </w:r>
    </w:p>
    <w:p>
      <w:r>
        <w:br/>
        <w:t>Він уже давно виріс і став зовсім дорослим.</w:t>
      </w:r>
    </w:p>
    <w:p>
      <w:r>
        <w:br/>
        <w:t>І втік із цієї казки, щоб побачити все на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Зайчик, що вважав себе сміливцем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