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Заговори</w:t>
      </w:r>
    </w:p>
    <w:p>
      <w:r>
        <w:br/>
        <w:t xml:space="preserve"> "Заговори, щоб я тебе побачив".&lt;br /&gt;</w:t>
        <w:br/>
        <w:t>Сократ</w:t>
      </w:r>
    </w:p>
    <w:p>
      <w:r>
        <w:br/>
        <w:t>Заговори, щоб я тебе побачив,&lt;br /&gt;</w:t>
        <w:br/>
        <w:t>І прочитав життя твойого стих.&lt;br /&gt;</w:t>
        <w:br/>
        <w:t>То, може, Словом, скорбним чи гарячим,&lt;br /&gt;</w:t>
        <w:br/>
        <w:t>Ти одолієш недругів лихих;&lt;br /&gt;</w:t>
        <w:br/>
        <w:t>Чи нагодуєш тих, хто голодує,&lt;br /&gt;</w:t>
        <w:br/>
        <w:t>А хто не чує Господа — почує&lt;br /&gt;</w:t>
        <w:br/>
        <w:t>І знов прийде просвітлення до них.</w:t>
      </w:r>
    </w:p>
    <w:p>
      <w:r>
        <w:br/>
        <w:t>Заговори, щоб я тебе побачив,&lt;br /&gt;</w:t>
        <w:br/>
        <w:t>Як Істину язик облаяв твій,&lt;br /&gt;</w:t>
        <w:br/>
        <w:t>І як твою подобизну ледачу&lt;br /&gt;</w:t>
        <w:br/>
        <w:t>Заполонив гріхів найтяжчих рій;&lt;br /&gt;</w:t>
        <w:br/>
        <w:t>І як лукавиш перед світом Божим,&lt;br /&gt;</w:t>
        <w:br/>
        <w:t>І як живеш, засліплений й негожий,&lt;br /&gt;</w:t>
        <w:br/>
        <w:t>Мов потурнак, без віри і без мрій.</w:t>
      </w:r>
    </w:p>
    <w:p>
      <w:r>
        <w:br/>
        <w:t>Заговори, щоб я тебе побачив&lt;br /&gt;</w:t>
        <w:br/>
        <w:t>Не в скритому лукавстві — наяву:&lt;br /&gt;</w:t>
        <w:br/>
        <w:t>Чи від чужого горя ти заплачеш,&lt;br /&gt;</w:t>
        <w:br/>
        <w:t>І чи почуєш, як тебе зову;&lt;br /&gt;</w:t>
        <w:br/>
        <w:t>Чи сам себе віддаш всього народу&lt;br /&gt;</w:t>
        <w:br/>
        <w:t>І не чекатимеш нічого в нагороду —&lt;br /&gt;</w:t>
        <w:br/>
        <w:t>Заговори в цю пору грозову.</w:t>
      </w:r>
    </w:p>
    <w:p>
      <w:r>
        <w:br/>
        <w:t>І я тебе побачу.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Заговори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