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дитинства</w:t>
      </w:r>
    </w:p>
    <w:p>
      <w:r>
        <w:br/>
        <w:t xml:space="preserve"> Враження дитинства – ясновесні!&lt;br /&gt;</w:t>
        <w:br/>
        <w:t>Слів краса! Звідкіль іде вона?&lt;br /&gt;</w:t>
        <w:br/>
        <w:t>Наче загадки якісь чудесні:&lt;br /&gt;</w:t>
        <w:br/>
        <w:t>рідна мова – дивна дивина!</w:t>
      </w:r>
    </w:p>
    <w:p>
      <w:r>
        <w:br/>
        <w:t>Вперше у житті штанці крамні&lt;br /&gt;</w:t>
        <w:br/>
        <w:t>хлопцеві придбали у Ромні.&lt;br /&gt;</w:t>
        <w:br/>
        <w:t>Лиш надів – усі йому: —— Митянчик,&lt;br /&gt;</w:t>
        <w:br/>
        <w:t>ти – як янчик!</w:t>
      </w:r>
    </w:p>
    <w:p>
      <w:r>
        <w:br/>
        <w:t>-— Що за янчик? – хтось спитав. І сивий&lt;br /&gt;</w:t>
        <w:br/>
        <w:t>батько наш поважно відповів:&lt;br /&gt;</w:t>
        <w:br/>
        <w:t>-— Так говорять, коли хтось красивий,&lt;br /&gt;</w:t>
        <w:br/>
        <w:t>так ми чули од своїх батьків...</w:t>
      </w:r>
    </w:p>
    <w:p>
      <w:r>
        <w:br/>
        <w:t>я цікавивсь цього слова змістом,&lt;br /&gt;</w:t>
        <w:br/>
        <w:t>в словниках шукав його стократ...&lt;br /&gt;</w:t>
        <w:br/>
        <w:t>Та в Чехословаччині туристом&lt;br /&gt;</w:t>
        <w:br/>
        <w:t>побував і розказав мій брат:</w:t>
      </w:r>
    </w:p>
    <w:p>
      <w:r>
        <w:br/>
        <w:t>— Знаєш, хто наш Янчик благородний?&lt;br /&gt;</w:t>
        <w:br/>
        <w:t>Як не здогадались ми? Це ж той&lt;br /&gt;</w:t>
        <w:br/>
        <w:t>люблений словак, герой народний,&lt;br /&gt;</w:t>
        <w:br/>
        <w:t>справді красень, Яношик-герой!</w:t>
      </w:r>
    </w:p>
    <w:p>
      <w:r>
        <w:br/>
        <w:t>Я зрадів: усе — в єдинім слові,&lt;br /&gt;</w:t>
        <w:br/>
        <w:t>все в іменні! Отже сумнів пріч.&lt;br /&gt;</w:t>
        <w:br/>
        <w:t>Яношик! Але в розмовній мові —&lt;br /&gt;</w:t>
        <w:br/>
        <w:t>Яншик, Янчик — ось у чому річ!</w:t>
      </w:r>
    </w:p>
    <w:p>
      <w:r>
        <w:br/>
        <w:t>Слово пломенить червоним маком&lt;br /&gt;</w:t>
        <w:br/>
        <w:t>(над легендою не владний час!).&lt;br /&gt;</w:t>
        <w:br/>
        <w:t>Як його передали словаки?&lt;br /&gt;</w:t>
        <w:br/>
        <w:t>Як воно долинуло до нас?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дитинства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