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Зачумлені звірі</w:t>
      </w:r>
    </w:p>
    <w:p>
      <w:r>
        <w:br/>
        <w:t xml:space="preserve"> Небесна кара, що її за гріх&lt;br /&gt;</w:t>
        <w:br/>
        <w:t>Великий наслано на всіх,&lt;br /&gt;</w:t>
        <w:br/>
        <w:t>Чума — нещадна, люта сила,&lt;br /&gt;</w:t>
        <w:br/>
        <w:t>Спроможна все живе за день&lt;br /&gt;</w:t>
        <w:br/>
        <w:t>До решти винищити, впень,&lt;br /&gt;</w:t>
        <w:br/>
        <w:t>Нещадно звірину косила.&lt;br /&gt;</w:t>
        <w:br/>
        <w:t>Не кожен хворий помирав,&lt;br /&gt;</w:t>
        <w:br/>
        <w:t>Та кожен дні лихої скрути&lt;br /&gt;</w:t>
        <w:br/>
        <w:t>Хотів як-небудь перебути.&lt;br /&gt;</w:t>
        <w:br/>
        <w:t>Було звіроті не до справ:&lt;br /&gt;</w:t>
        <w:br/>
        <w:t>Уже не йшли на полювання&lt;br /&gt;</w:t>
        <w:br/>
        <w:t>Ні хитрі лиси, ні вовки,&lt;br /&gt;</w:t>
        <w:br/>
        <w:t>І велелюбні голубки&lt;br /&gt;</w:t>
        <w:br/>
        <w:t>Забули вже за любування.&lt;br /&gt;</w:t>
        <w:br/>
        <w:t>Лев скликав раду і сказав:&lt;br /&gt;</w:t>
        <w:br/>
        <w:t>"Напевно, кару Бог послав&lt;br /&gt;</w:t>
        <w:br/>
        <w:t>Нам за чиюсь тяжку провину.&lt;br /&gt;</w:t>
        <w:br/>
        <w:t>У кого з нас найбільший гріх,&lt;br /&gt;</w:t>
        <w:br/>
        <w:t>Хай жертвує собою й від загину&lt;br /&gt;</w:t>
        <w:br/>
        <w:t>Рятує всіх.&lt;br /&gt;</w:t>
        <w:br/>
        <w:t>Історія нас вчить: зі скрути&lt;br /&gt;</w:t>
        <w:br/>
        <w:t>Не вийти без належної покути.&lt;br /&gt;</w:t>
        <w:br/>
        <w:t>Покаймося ж, мов на духу, при всіх&lt;br /&gt;</w:t>
        <w:br/>
        <w:t>У всіх своїх тяжких провинах.&lt;br /&gt;</w:t>
        <w:br/>
        <w:t>Я маю на душі великий гріх:&lt;br /&gt;</w:t>
        <w:br/>
        <w:t>Я стільки з'їв овець невинних!&lt;br /&gt;</w:t>
        <w:br/>
        <w:t>Куди подітись від гріха?&lt;br /&gt;</w:t>
        <w:br/>
        <w:t>Того ще мало:&lt;br /&gt;</w:t>
        <w:br/>
        <w:t>Я, бувало,&lt;br /&gt;</w:t>
        <w:br/>
        <w:t>З'їдав і пастуха.&lt;br /&gt;</w:t>
        <w:br/>
        <w:t>Я жертвую собою, як немає&lt;br /&gt;</w:t>
        <w:br/>
        <w:t>У вас гріхів. Та закликаю вас&lt;br /&gt;</w:t>
        <w:br/>
        <w:t>Покаятись, як я, бо вмерти має&lt;br /&gt;</w:t>
        <w:br/>
        <w:t>Найбільший грішник серед нас".&lt;br /&gt;</w:t>
        <w:br/>
        <w:t>"О царю! — каже Лис. — Сумлінність ваша може&lt;br /&gt;</w:t>
        <w:br/>
        <w:t>Всім бути за взірець.&lt;br /&gt;</w:t>
        <w:br/>
        <w:t>Але хіба то гріх? Та, може,&lt;br /&gt;</w:t>
        <w:br/>
        <w:t>Ви, ївши тих дурних овець,&lt;br /&gt;</w:t>
        <w:br/>
        <w:t>Їм честь велику виявляли.&lt;br /&gt;</w:t>
        <w:br/>
        <w:t>А щодо пастухів — який то гріх?&lt;br /&gt;</w:t>
        <w:br/>
        <w:t>Вони нам стільки дозволяли,&lt;br /&gt;</w:t>
        <w:br/>
        <w:t>Що краще б їх поїсти всіх".&lt;br /&gt;</w:t>
        <w:br/>
        <w:t>Підлесники аплодували,&lt;br /&gt;</w:t>
        <w:br/>
        <w:t>А потім тигри та вовки&lt;br /&gt;</w:t>
        <w:br/>
        <w:t>Себе картали залюбки.&lt;br /&gt;</w:t>
        <w:br/>
        <w:t>Та всіх їх так атестували,&lt;br /&gt;</w:t>
        <w:br/>
        <w:t>Що хижаки, розбійники — і ті,&lt;br /&gt;</w:t>
        <w:br/>
        <w:t>Здавалося, були святі,&lt;br /&gt;</w:t>
        <w:br/>
        <w:t>Та встав Осел: "Пригадую, давненько&lt;br /&gt;</w:t>
        <w:br/>
        <w:t>Ішов я лугом, травка зелененька,&lt;br /&gt;</w:t>
        <w:br/>
        <w:t>А я голодний — біс і спокусив:&lt;br /&gt;</w:t>
        <w:br/>
        <w:t>Я, грішний, жмутик і вкусив,&lt;br /&gt;</w:t>
        <w:br/>
        <w:t>А, щиро кажучи, не мав же права".&lt;br /&gt;</w:t>
        <w:br/>
        <w:t>"Ганьба! Ганьба!" — зарикала орава.&lt;br /&gt;</w:t>
        <w:br/>
        <w:t>А Вовк довів — учений писарчук! —&lt;br /&gt;</w:t>
        <w:br/>
        <w:t>Що цей Осел — падлюка із падлюк,&lt;br /&gt;</w:t>
        <w:br/>
        <w:t>Паршивий і коростявий — причина&lt;br /&gt;</w:t>
        <w:br/>
        <w:t>Всіх напастей і лих.&lt;br /&gt;</w:t>
        <w:br/>
        <w:t>Та мало вішати таких!&lt;br /&gt;</w:t>
        <w:br/>
        <w:t>Він їв чужу траву! Проклята твар злочинна!&lt;br /&gt;</w:t>
        <w:br/>
        <w:t>Від них завжди чекай біди.&lt;br /&gt;</w:t>
        <w:br/>
        <w:t>І заревла громада: "Браво!"&lt;br /&gt;</w:t>
        <w:br/>
        <w:t>Отак і в нас: є гроші — маєш право,&lt;br /&gt;</w:t>
        <w:br/>
        <w:t>Немає — то під суд іди.</w:t>
      </w:r>
    </w:p>
    <w:p>
      <w:r>
        <w:br/>
        <w:t>Переклад І. Світличного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Зачумлені звірі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