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Зачаровані коні</w:t>
      </w:r>
    </w:p>
    <w:p>
      <w:r>
        <w:br/>
        <w:t xml:space="preserve"> ЗАЧАРОВАНІ КОНІ&lt;br /&gt;</w:t>
        <w:br/>
        <w:t>Феєрія</w:t>
      </w:r>
    </w:p>
    <w:p>
      <w:r>
        <w:br/>
        <w:t>1. Чорний кінь&lt;br /&gt;</w:t>
        <w:br/>
        <w:t>Уночі, уночі&lt;br /&gt;</w:t>
        <w:br/>
        <w:t>Затихають всі плачі,&lt;br /&gt;</w:t>
        <w:br/>
        <w:t>Затихає сміх і регіт,&lt;br /&gt;</w:t>
        <w:br/>
        <w:t>Затиха зубовний скрегіт,&lt;br /&gt;</w:t>
        <w:br/>
        <w:t>Сум і жалоба стиха,&lt;br /&gt;</w:t>
        <w:br/>
        <w:t>Лиш Земля вві сні зітха…&lt;br /&gt;</w:t>
        <w:br/>
        <w:t>Лише моторошні стуки&lt;br /&gt;</w:t>
        <w:br/>
        <w:t>Рвуть сутінкову глибінь,&lt;br /&gt;</w:t>
        <w:br/>
        <w:t>Грізні звуки-перегуки&lt;br /&gt;</w:t>
        <w:br/>
        <w:t>Котяться у далечінь,&lt;br /&gt;</w:t>
        <w:br/>
        <w:t>По нічних чаклунських луках&lt;br /&gt;</w:t>
        <w:br/>
        <w:t>Скаче, скаче Чорний Кінь.&lt;br /&gt;</w:t>
        <w:br/>
        <w:t>Все лягає під копита&lt;br /&gt;</w:t>
        <w:br/>
        <w:t>Вороному скакуну,&lt;br /&gt;</w:t>
        <w:br/>
        <w:t>Падає усе на світі&lt;br /&gt;</w:t>
        <w:br/>
        <w:t>У бездонну прірву сну,&lt;br /&gt;</w:t>
        <w:br/>
        <w:t>Котить просторінь відкрита&lt;br /&gt;</w:t>
        <w:br/>
        <w:t>В сяйві зорянім луну.&lt;br /&gt;</w:t>
        <w:br/>
        <w:t>Чарівному владареві&lt;br /&gt;</w:t>
        <w:br/>
        <w:t>Все покірне на Землі —&lt;br /&gt;</w:t>
        <w:br/>
        <w:t>Звірі, птахи і дерева,&lt;br /&gt;</w:t>
        <w:br/>
        <w:t>Люди — лагідні і злі,&lt;br /&gt;</w:t>
        <w:br/>
        <w:t>Діти, воїни сталеві&lt;br /&gt;</w:t>
        <w:br/>
        <w:t>І пихаті королі…&lt;br /&gt;</w:t>
        <w:br/>
        <w:t>Уночі, уночі&lt;br /&gt;</w:t>
        <w:br/>
        <w:t>Спочивають всі мечі,&lt;br /&gt;</w:t>
        <w:br/>
        <w:t>Замовкають тамбурини,&lt;br /&gt;</w:t>
        <w:br/>
        <w:t>Спочивають гільйотини,&lt;br /&gt;</w:t>
        <w:br/>
        <w:t>Гітлери, Наполеони,&lt;br /&gt;</w:t>
        <w:br/>
        <w:t>І солдатські легіони,&lt;br /&gt;</w:t>
        <w:br/>
        <w:t>І святкові передзвони,&lt;br /&gt;</w:t>
        <w:br/>
        <w:t>Автострадні перегони —&lt;br /&gt;</w:t>
        <w:br/>
        <w:t>Все змовкає в мить одну&lt;br /&gt;</w:t>
        <w:br/>
        <w:t>Перед владним знаком сну…&lt;br /&gt;</w:t>
        <w:br/>
        <w:t>Перед стратою страшною&lt;br /&gt;</w:t>
        <w:br/>
        <w:t>Спить Джордано у темниці,&lt;br /&gt;</w:t>
        <w:br/>
        <w:t>Серед темряви нічної&lt;br /&gt;</w:t>
        <w:br/>
        <w:t>Орлеанська спить Дівиця,&lt;br /&gt;</w:t>
        <w:br/>
        <w:t>Трибунали засинають,&lt;br /&gt;</w:t>
        <w:br/>
        <w:t>В’язні і наглядачі,&lt;br /&gt;</w:t>
        <w:br/>
        <w:t>Проститутки спочивають&lt;br /&gt;</w:t>
        <w:br/>
        <w:t>У клієнтів на плечі.&lt;br /&gt;</w:t>
        <w:br/>
        <w:t>Папа Римський в світі марень,&lt;br /&gt;</w:t>
        <w:br/>
        <w:t>І у сні тяжкім не зна,&lt;br /&gt;</w:t>
        <w:br/>
        <w:t>Що святенницька тіара —&lt;br /&gt;</w:t>
        <w:br/>
        <w:t>Чорного Коня луна…&lt;br /&gt;</w:t>
        <w:br/>
        <w:t>Патріархи і сектанти,&lt;br /&gt;</w:t>
        <w:br/>
        <w:t>Комуністи і царі,&lt;br /&gt;</w:t>
        <w:br/>
        <w:t>І бездари, і таланти,&lt;br /&gt;</w:t>
        <w:br/>
        <w:t>І п’яниці, й корчмарі —&lt;br /&gt;</w:t>
        <w:br/>
        <w:t>Всі схиляються в покорі&lt;br /&gt;</w:t>
        <w:br/>
        <w:t>В ту одну-єдину мить,&lt;br /&gt;</w:t>
        <w:br/>
        <w:t>Коли Кінь проскаче Чорний,&lt;br /&gt;</w:t>
        <w:br/>
        <w:t>Як іржання загримить.&lt;br /&gt;</w:t>
        <w:br/>
        <w:t>У окопах, у темницях,&lt;br /&gt;</w:t>
        <w:br/>
        <w:t>У льодах чи на лану&lt;br /&gt;</w:t>
        <w:br/>
        <w:t>Тінь Коня впаде на лиця&lt;br /&gt;</w:t>
        <w:br/>
        <w:t>І веде у прірву сну…&lt;br /&gt;</w:t>
        <w:br/>
        <w:t>Від владичного іржання&lt;br /&gt;</w:t>
        <w:br/>
        <w:t>Загораються зірки.&lt;br /&gt;</w:t>
        <w:br/>
        <w:t>І пливуть серед смеркання&lt;br /&gt;</w:t>
        <w:br/>
        <w:t>І галактики, й віки.&lt;br /&gt;</w:t>
        <w:br/>
        <w:t>Мчать у нове існування&lt;br /&gt;</w:t>
        <w:br/>
        <w:t>Мрії, почуття й думки…&lt;br /&gt;</w:t>
        <w:br/>
        <w:t>І химери запліта&lt;br /&gt;</w:t>
        <w:br/>
        <w:t>Гра свободи золота,&lt;br /&gt;</w:t>
        <w:br/>
        <w:t>Дух щасливо засміється,&lt;br /&gt;</w:t>
        <w:br/>
        <w:t>В небо вільно відліта,&lt;br /&gt;</w:t>
        <w:br/>
        <w:t>І досяжною здається&lt;br /&gt;</w:t>
        <w:br/>
        <w:t>Найвеличніша мета,&lt;br /&gt;</w:t>
        <w:br/>
        <w:t>Стежка волі в’ється, в’ється —&lt;br /&gt;</w:t>
        <w:br/>
        <w:t>Ясна, чиста і свята…&lt;br /&gt;</w:t>
        <w:br/>
        <w:t>У Коня на хвості&lt;br /&gt;</w:t>
        <w:br/>
        <w:t>Сяють зірки золоті,&lt;br /&gt;</w:t>
        <w:br/>
        <w:t>У Коня на буйній гриві&lt;br /&gt;</w:t>
        <w:br/>
        <w:t>Таємниці вічне диво,&lt;br /&gt;</w:t>
        <w:br/>
        <w:t>Біль по втраченій меті,&lt;br /&gt;</w:t>
        <w:br/>
        <w:t>І мелодії журливі,&lt;br /&gt;</w:t>
        <w:br/>
        <w:t>І сподіванки щасливі&lt;br /&gt;</w:t>
        <w:br/>
        <w:t>І утопії пусті…&lt;br /&gt;</w:t>
        <w:br/>
        <w:t>Так з правіку скаче, скаче&lt;br /&gt;</w:t>
        <w:br/>
        <w:t>У будучність Чорний Кінь,&lt;br /&gt;</w:t>
        <w:br/>
        <w:t>А за ним регоче й плаче&lt;br /&gt;</w:t>
        <w:br/>
        <w:t>Марноти зловісна тінь.&lt;br /&gt;</w:t>
        <w:br/>
        <w:t>Чорний Кінь, напевно, зна,&lt;br /&gt;</w:t>
        <w:br/>
        <w:t>Що його шалений біг —&lt;br /&gt;</w:t>
        <w:br/>
        <w:t>Лише болісна мана&lt;br /&gt;</w:t>
        <w:br/>
        <w:t>У пустелі без доріг,&lt;br /&gt;</w:t>
        <w:br/>
        <w:t>Що сподіванки і мрії,&lt;br /&gt;</w:t>
        <w:br/>
        <w:t>Наші марення і сни —&lt;br /&gt;</w:t>
        <w:br/>
        <w:t>Лише духу сніговії,&lt;br /&gt;</w:t>
        <w:br/>
        <w:t>Гук зловісної луни…&lt;br /&gt;</w:t>
        <w:br/>
        <w:t>То куди ж він рветься вічно,&lt;br /&gt;</w:t>
        <w:br/>
        <w:t>Потрясаючи світи,&lt;br /&gt;</w:t>
        <w:br/>
        <w:t>Із іржанням тим закличним&lt;br /&gt;</w:t>
        <w:br/>
        <w:t>Без надії і мети?!</w:t>
      </w:r>
    </w:p>
    <w:p>
      <w:r>
        <w:br/>
        <w:t>2. Білий кінь&lt;br /&gt;</w:t>
        <w:br/>
        <w:t>Знає Чорний Кінь з правіку,&lt;br /&gt;</w:t>
        <w:br/>
        <w:t>Що за обрієм нічним&lt;br /&gt;</w:t>
        <w:br/>
        <w:t>Вже багато літ — без ліку —&lt;br /&gt;</w:t>
        <w:br/>
        <w:t>Скаче Білий Побратим.&lt;br /&gt;</w:t>
        <w:br/>
        <w:t>Як зачує світ іржання&lt;br /&gt;</w:t>
        <w:br/>
        <w:t>Злотогривого Коня,&lt;br /&gt;</w:t>
        <w:br/>
        <w:t>Загорається світання,&lt;br /&gt;</w:t>
        <w:br/>
        <w:t>Сяє знову сонце Дня.&lt;br /&gt;</w:t>
        <w:br/>
        <w:t>Променистий б’є канчук&lt;br /&gt;</w:t>
        <w:br/>
        <w:t>Понад мареннями й снами,&lt;br /&gt;</w:t>
        <w:br/>
        <w:t>І стрілу вогнистий лук&lt;br /&gt;</w:t>
        <w:br/>
        <w:t>Посилає у нестяму.&lt;br /&gt;</w:t>
        <w:br/>
        <w:t>Білий Кінь по грудях скаче,&lt;br /&gt;</w:t>
        <w:br/>
        <w:t>Як безжалісний тиран,&lt;br /&gt;</w:t>
        <w:br/>
        <w:t>Хочеш, плачеш чи не плачеш, —&lt;br /&gt;</w:t>
        <w:br/>
        <w:t>А виходь на Сонця лан.&lt;br /&gt;</w:t>
        <w:br/>
        <w:t>Свої мрії заплітай&lt;br /&gt;</w:t>
        <w:br/>
        <w:t>У іскристе мерехтіння,&lt;br /&gt;</w:t>
        <w:br/>
        <w:t>У рослинний травограй,&lt;br /&gt;</w:t>
        <w:br/>
        <w:t>У твариняче томління.&lt;br /&gt;</w:t>
        <w:br/>
        <w:t>Нагромаджуй тіла масу,&lt;br /&gt;</w:t>
        <w:br/>
        <w:t>У життя її неси:&lt;br /&gt;</w:t>
        <w:br/>
        <w:t>Хижаки жадають м’яса,&lt;br /&gt;</w:t>
        <w:br/>
        <w:t>Людям треба ковбаси,&lt;br /&gt;</w:t>
        <w:br/>
        <w:t>Вошам — крові для смоктання,&lt;br /&gt;</w:t>
        <w:br/>
        <w:t>Перепелів для царів,&lt;br /&gt;</w:t>
        <w:br/>
        <w:t>Вченим — фактів для пізнання,&lt;br /&gt;</w:t>
        <w:br/>
        <w:t>Хліба — для пролетарів,&lt;br /&gt;</w:t>
        <w:br/>
        <w:t>І темниць для непокірних,&lt;br /&gt;</w:t>
        <w:br/>
        <w:t>Для фанатиків — богів,&lt;br /&gt;</w:t>
        <w:br/>
        <w:t>Гільйотин, ікон для вірних,&lt;br /&gt;</w:t>
        <w:br/>
        <w:t>Нових кліток — для рабів.&lt;br /&gt;</w:t>
        <w:br/>
        <w:t>Все викрешують копита&lt;br /&gt;</w:t>
        <w:br/>
        <w:t>Сонцегривого Коня —&lt;br /&gt;</w:t>
        <w:br/>
        <w:t>Хочеш чи не хочеш жити —&lt;br /&gt;</w:t>
        <w:br/>
        <w:t>Мусиш жити навмання,&lt;br /&gt;</w:t>
        <w:br/>
        <w:t>Несучи життя ладунки,&lt;br /&gt;</w:t>
        <w:br/>
        <w:t>Не питаючи — куди?&lt;br /&gt;</w:t>
        <w:br/>
        <w:t>А приймаючи дарунки&lt;br /&gt;</w:t>
        <w:br/>
        <w:t>І страждання, і біди…&lt;br /&gt;</w:t>
        <w:br/>
        <w:t>Сонце в небі променисте —&lt;br /&gt;</w:t>
        <w:br/>
        <w:t>Знак на лобі скакуна,&lt;br /&gt;</w:t>
        <w:br/>
        <w:t>Ніж незримого садиста,&lt;br /&gt;</w:t>
        <w:br/>
        <w:t>Келех дикого вина,&lt;br /&gt;</w:t>
        <w:br/>
        <w:t>Бо як вип’єш той напій, То зав’ється в серці змій,&lt;br /&gt;</w:t>
        <w:br/>
        <w:t>І уже ти раб потреби,&lt;br /&gt;</w:t>
        <w:br/>
        <w:t>І уже ти сам не свій!&lt;br /&gt;</w:t>
        <w:br/>
        <w:t>То летиш в далеке небо,&lt;br /&gt;</w:t>
        <w:br/>
        <w:t>Поспішаєш на двобій,&lt;br /&gt;</w:t>
        <w:br/>
        <w:t>То втікаєш сам від себе&lt;br /&gt;</w:t>
        <w:br/>
        <w:t>В заметілі світовій.&lt;br /&gt;</w:t>
        <w:br/>
        <w:t>Та ні сльози, ні огида&lt;br /&gt;</w:t>
        <w:br/>
        <w:t>Не врятують — плач не плач&lt;br /&gt;</w:t>
        <w:br/>
        <w:t>Від вселенської кориди,&lt;br /&gt;</w:t>
        <w:br/>
        <w:t>Де ти й торо і глядач!&lt;br /&gt;</w:t>
        <w:br/>
        <w:t>Марні мрії та старання,&lt;br /&gt;</w:t>
        <w:br/>
        <w:t>Все тебе наздоганя&lt;br /&gt;</w:t>
        <w:br/>
        <w:t>Сонцепромінне іржання,&lt;br /&gt;</w:t>
        <w:br/>
        <w:t>Стукіт Білого Коня…&lt;br /&gt;</w:t>
        <w:br/>
        <w:t>Серед куряви страшної,&lt;br /&gt;</w:t>
        <w:br/>
        <w:t>Що здіймає Білий Кінь,&lt;br /&gt;</w:t>
        <w:br/>
        <w:t>Блискотить жахлива зброя&lt;br /&gt;</w:t>
        <w:br/>
        <w:t>Для терзання поколінь,&lt;br /&gt;</w:t>
        <w:br/>
        <w:t>Гримотять невпинні війни,&lt;br /&gt;</w:t>
        <w:br/>
        <w:t>Попелом стають міста,&lt;br /&gt;</w:t>
        <w:br/>
        <w:t>Вічно в хаосі розбійнім&lt;br /&gt;</w:t>
        <w:br/>
        <w:t>Тоне будь-яка мета.&lt;br /&gt;</w:t>
        <w:br/>
        <w:t>З-під копит вихряться рясно&lt;br /&gt;</w:t>
        <w:br/>
        <w:t>Іскри й гаснуть на льоту,&lt;br /&gt;</w:t>
        <w:br/>
        <w:t>Тчуть ганебну і прекрасну&lt;br /&gt;</w:t>
        <w:br/>
        <w:t>Глибину і висоту,&lt;br /&gt;</w:t>
        <w:br/>
        <w:t>Долю радісну й нещасну,&lt;br /&gt;</w:t>
        <w:br/>
        <w:t>І криваву, і святу,&lt;br /&gt;</w:t>
        <w:br/>
        <w:t>І, сягнувши в душу власну,&lt;br /&gt;</w:t>
        <w:br/>
        <w:t>Бачиш ти реальність ту,&lt;br /&gt;</w:t>
        <w:br/>
        <w:t>Що всі прагнення й дороги,&lt;br /&gt;</w:t>
        <w:br/>
        <w:t>І поклони і молитви,&lt;br /&gt;</w:t>
        <w:br/>
        <w:t>Що всі ідоли і боги,&lt;br /&gt;</w:t>
        <w:br/>
        <w:t>І славетнозвісні битви,&lt;br /&gt;</w:t>
        <w:br/>
        <w:t>Що процесії й походи,&lt;br /&gt;</w:t>
        <w:br/>
        <w:t>Хатки, палаци і храми,&lt;br /&gt;</w:t>
        <w:br/>
        <w:t>Всі захоплення і моди,&lt;br /&gt;</w:t>
        <w:br/>
        <w:t>І великосвітські дами,&lt;br /&gt;</w:t>
        <w:br/>
        <w:t>Що усі величні плани&lt;br /&gt;</w:t>
        <w:br/>
        <w:t>Будування й руйнування —&lt;br /&gt;</w:t>
        <w:br/>
        <w:t>Зерна сонячного лану,&lt;br /&gt;</w:t>
        <w:br/>
        <w:t>Гук шаленого іржання,&lt;br /&gt;</w:t>
        <w:br/>
        <w:t>Стук копит багатомовний&lt;br /&gt;</w:t>
        <w:br/>
        <w:t>Сонцегривого Коня,&lt;br /&gt;</w:t>
        <w:br/>
        <w:t>Його прагнення невтомне&lt;br /&gt;</w:t>
        <w:br/>
        <w:t>В даль зникаючого дня…&lt;br /&gt;</w:t>
        <w:br/>
        <w:t>Так і скачуть понад світом&lt;br /&gt;</w:t>
        <w:br/>
        <w:t>Чорний — Білий Скакуни,&lt;br /&gt;</w:t>
        <w:br/>
        <w:t>Творять осінь, зиму, літо&lt;br /&gt;</w:t>
        <w:br/>
        <w:t>І весну-красну вони.&lt;br /&gt;</w:t>
        <w:br/>
        <w:t>Та даремні всі старання&lt;br /&gt;</w:t>
        <w:br/>
        <w:t>Таємничих скакунів&lt;br /&gt;</w:t>
        <w:br/>
        <w:t>Поєднати і світання,&lt;br /&gt;</w:t>
        <w:br/>
        <w:t>І безодню дивних снів.&lt;br /&gt;</w:t>
        <w:br/>
        <w:t>Подає Брат Брату голос&lt;br /&gt;</w:t>
        <w:br/>
        <w:t>Лише в мрії, іздаля, —&lt;br /&gt;</w:t>
        <w:br/>
        <w:t>Не пускає інший полюс,&lt;br /&gt;</w:t>
        <w:br/>
        <w:t>Сфери, простори й поля,&lt;br /&gt;</w:t>
        <w:br/>
        <w:t>А від тої муки й болю&lt;br /&gt;</w:t>
        <w:br/>
        <w:t>Обертається Земля…&lt;br /&gt;</w:t>
        <w:br/>
        <w:t>Обертається невтомно,&lt;br /&gt;</w:t>
        <w:br/>
        <w:t>Аж у серці мерехтить,&lt;br /&gt;</w:t>
        <w:br/>
        <w:t>Обертається безмовно,&lt;br /&gt;</w:t>
        <w:br/>
        <w:t>Може, вічність, може, мить…&lt;br /&gt;</w:t>
        <w:br/>
        <w:t>Довгі дні, довгі дні&lt;br /&gt;</w:t>
        <w:br/>
        <w:t>Плач, страждання і пісні…&lt;br /&gt;</w:t>
        <w:br/>
        <w:t>Уночі, уночі&lt;br /&gt;</w:t>
        <w:br/>
        <w:t>Затихають всі плачі…&lt;br /&gt;</w:t>
        <w:br/>
        <w:t>Ой ті коні, чудо-коні!&lt;br /&gt;</w:t>
        <w:br/>
        <w:t>Звідкіля біжать вони?&lt;br /&gt;</w:t>
        <w:br/>
        <w:t>Чи втікають від погоні,&lt;br /&gt;</w:t>
        <w:br/>
        <w:t>Чи шукають край весни,&lt;br /&gt;</w:t>
        <w:br/>
        <w:t>Де не буде горя й муки,&lt;br /&gt;</w:t>
        <w:br/>
        <w:t>Слів пустих і марних снів,&lt;br /&gt;</w:t>
        <w:br/>
        <w:t>Де відкриють дивні луки&lt;br /&gt;</w:t>
        <w:br/>
        <w:t>Тиші чарівницький спів…&lt;br /&gt;</w:t>
        <w:br/>
        <w:t>То коли ж єднання диво&lt;br /&gt;</w:t>
        <w:br/>
        <w:t>Прийде в змучені світи?&lt;br /&gt;</w:t>
        <w:br/>
        <w:t>Де у миті нещасливій&lt;br /&gt;</w:t>
        <w:br/>
        <w:t>Роз’єдналися Брати?</w:t>
      </w:r>
    </w:p>
    <w:p>
      <w:r>
        <w:br/>
        <w:t>3. Правічний кінь&lt;br /&gt;</w:t>
        <w:br/>
        <w:t>В каруселі історичній&lt;br /&gt;</w:t>
        <w:br/>
        <w:t>Знемагає дух завжди,&lt;br /&gt;</w:t>
        <w:br/>
        <w:t>Все питаючи трагічно —&lt;br /&gt;</w:t>
        <w:br/>
        <w:t>Хто ми, звідки і куди?&lt;br /&gt;</w:t>
        <w:br/>
        <w:t>Що таке і наше горе,&lt;br /&gt;</w:t>
        <w:br/>
        <w:t>І томління, і водіння,&lt;br /&gt;</w:t>
        <w:br/>
        <w:t>І галактики, і зорі —&lt;br /&gt;</w:t>
        <w:br/>
        <w:t>Суть чи сонне мерехтіння?&lt;br /&gt;</w:t>
        <w:br/>
        <w:t>Хто нас кинув у спіралі&lt;br /&gt;</w:t>
        <w:br/>
        <w:t>Будування чи падіння,&lt;br /&gt;</w:t>
        <w:br/>
        <w:t>Що таке космічні далі —&lt;br /&gt;</w:t>
        <w:br/>
        <w:t>Суть чи сонне мерехтіння?&lt;br /&gt;</w:t>
        <w:br/>
        <w:t>Як наш дух прийшов до тями&lt;br /&gt;</w:t>
        <w:br/>
        <w:t>Серед грізної пустелі,&lt;br /&gt;</w:t>
        <w:br/>
        <w:t>Серед зоряної ями,&lt;br /&gt;</w:t>
        <w:br/>
        <w:t>На скривавленій постелі?&lt;br /&gt;</w:t>
        <w:br/>
        <w:t>Це було чи не було?&lt;br /&gt;</w:t>
        <w:br/>
        <w:t>Пояснити неможливо…&lt;br /&gt;</w:t>
        <w:br/>
        <w:t>Вітром часу замело&lt;br /&gt;</w:t>
        <w:br/>
        <w:t>Материнську давню Ниву,&lt;br /&gt;</w:t>
        <w:br/>
        <w:t>Те Надвічне джерело,&lt;br /&gt;</w:t>
        <w:br/>
        <w:t>Що зродило Духу Диво…&lt;br /&gt;</w:t>
        <w:br/>
        <w:t>Де ж та мислі чудо-птиця,&lt;br /&gt;</w:t>
        <w:br/>
        <w:t>Що розв’яже вузол снів,&lt;br /&gt;</w:t>
        <w:br/>
        <w:t>Розгадає таємницю,&lt;br /&gt;</w:t>
        <w:br/>
        <w:t>Грізну тайну Скакунів?&lt;br /&gt;</w:t>
        <w:br/>
        <w:t>В каруселі днів-ночей&lt;br /&gt;</w:t>
        <w:br/>
        <w:t>Нам розгадка, може, й сниться,&lt;br /&gt;</w:t>
        <w:br/>
        <w:t>Але сонячна правиця&lt;br /&gt;</w:t>
        <w:br/>
        <w:t>Геть змітає спогад цей…&lt;br /&gt;</w:t>
        <w:br/>
        <w:t>І лише дитячі сни,&lt;br /&gt;</w:t>
        <w:br/>
        <w:t>Міфи та казки незвичні&lt;br /&gt;</w:t>
        <w:br/>
        <w:t>Нам приносять з далини&lt;br /&gt;</w:t>
        <w:br/>
        <w:t>Ті осяяння правічні,&lt;br /&gt;</w:t>
        <w:br/>
        <w:t>Коли в зоряні світи&lt;br /&gt;</w:t>
        <w:br/>
        <w:t>Із Праматерніх Глибин&lt;br /&gt;</w:t>
        <w:br/>
        <w:t>Для творящої мети&lt;br /&gt;</w:t>
        <w:br/>
        <w:t>Титанічний рушив Син…&lt;br /&gt;</w:t>
        <w:br/>
        <w:t>Райдужне волосся в нього,&lt;br /&gt;</w:t>
        <w:br/>
        <w:t>У очах і світло, й тінь,&lt;br /&gt;</w:t>
        <w:br/>
        <w:t>У небачену дорогу&lt;br /&gt;</w:t>
        <w:br/>
        <w:t>Вершника несе Пракінь —&lt;br /&gt;</w:t>
        <w:br/>
        <w:t>Кінь, існуючий завжди,&lt;br /&gt;</w:t>
        <w:br/>
        <w:t>Неуявний, мов кохання,&lt;br /&gt;</w:t>
        <w:br/>
        <w:t>Кінь казкової ходи&lt;br /&gt;</w:t>
        <w:br/>
        <w:t>І пісенного іржання…&lt;br /&gt;</w:t>
        <w:br/>
        <w:t>Там, де ступить він ногою,&lt;br /&gt;</w:t>
        <w:br/>
        <w:t>Загораються зірки,&lt;br /&gt;</w:t>
        <w:br/>
        <w:t>І планети мчать юрбою&lt;br /&gt;</w:t>
        <w:br/>
        <w:t>У періоди й віки.&lt;br /&gt;</w:t>
        <w:br/>
        <w:t>Радість і любов завзято&lt;br /&gt;</w:t>
        <w:br/>
        <w:t>Син-Титан у простір сіє,&lt;br /&gt;</w:t>
        <w:br/>
        <w:t>В Лоно падають зернята,&lt;br /&gt;</w:t>
        <w:br/>
        <w:t>А у Лоні — Тайна зріє…&lt;br /&gt;</w:t>
        <w:br/>
        <w:t>Глибина і ширина&lt;br /&gt;</w:t>
        <w:br/>
        <w:t>Вся пронизана волінням,&lt;br /&gt;</w:t>
        <w:br/>
        <w:t>І не хаос вже вона —&lt;br /&gt;</w:t>
        <w:br/>
        <w:t>А грядуще сотворіння.&lt;br /&gt;</w:t>
        <w:br/>
        <w:t>Раптом виринув над Ланом&lt;br /&gt;</w:t>
        <w:br/>
        <w:t>Із Прахаосу глибин&lt;br /&gt;</w:t>
        <w:br/>
        <w:t>Весь насичений обманом&lt;br /&gt;</w:t>
        <w:br/>
        <w:t>Мороку зловісний Син.&lt;br /&gt;</w:t>
        <w:br/>
        <w:t>Голос ворога брехливий&lt;br /&gt;</w:t>
        <w:br/>
        <w:t>Прокотився в тихім небі:&lt;br /&gt;</w:t>
        <w:br/>
        <w:t>— Сіять Материнську Ниву —&lt;br /&gt;</w:t>
        <w:br/>
        <w:t>То обов’язок для тебе…&lt;br /&gt;</w:t>
        <w:br/>
        <w:t>Але є в моєму краї&lt;br /&gt;</w:t>
        <w:br/>
        <w:t>Моторошна глибина,&lt;br /&gt;</w:t>
        <w:br/>
        <w:t>Де ні світло не засяє,&lt;br /&gt;</w:t>
        <w:br/>
        <w:t>Не прокотиться луна,&lt;br /&gt;</w:t>
        <w:br/>
        <w:t>Де ні росту, ані тління,&lt;br /&gt;</w:t>
        <w:br/>
        <w:t>Де ні радість, ані сум,&lt;br /&gt;</w:t>
        <w:br/>
        <w:t>Де лише тяжкі томління&lt;br /&gt;</w:t>
        <w:br/>
        <w:t>Ненароджених ще дум…&lt;br /&gt;</w:t>
        <w:br/>
        <w:t>Щоб вони із лона сну&lt;br /&gt;</w:t>
        <w:br/>
        <w:t>Вийшли в світло сього дня,&lt;br /&gt;</w:t>
        <w:br/>
        <w:t>Дай мені на мить одну&lt;br /&gt;</w:t>
        <w:br/>
        <w:t>Материнського Коня…&lt;br /&gt;</w:t>
        <w:br/>
        <w:t>Щоб у прірві безнадії&lt;br /&gt;</w:t>
        <w:br/>
        <w:t>Загорівсь творіння знак,&lt;br /&gt;</w:t>
        <w:br/>
        <w:t>Подаруй мені надію…&lt;br /&gt;</w:t>
        <w:br/>
        <w:t>Син сказав: — Хай буде так!&lt;br /&gt;</w:t>
        <w:br/>
        <w:t>Мені Мати заповіла&lt;br /&gt;</w:t>
        <w:br/>
        <w:t>Дарувати щастя всім,&lt;br /&gt;</w:t>
        <w:br/>
        <w:t>Праконя чарівна сила&lt;br /&gt;</w:t>
        <w:br/>
        <w:t>Хай у твій увійде Дім!&lt;br /&gt;</w:t>
        <w:br/>
        <w:t>І як тільки Син Пітьми&lt;br /&gt;</w:t>
        <w:br/>
        <w:t>Сів на Чудо-Скакуна,&lt;br /&gt;</w:t>
        <w:br/>
        <w:t>В небі вдарили громи,&lt;br /&gt;</w:t>
        <w:br/>
        <w:t>Прокотилася луна.&lt;br /&gt;</w:t>
        <w:br/>
        <w:t>Сколихнулася глибінь,&lt;br /&gt;</w:t>
        <w:br/>
        <w:t>Прокотились громовиці,&lt;br /&gt;</w:t>
        <w:br/>
        <w:t>Тяжко заіржав Пракінь&lt;br /&gt;</w:t>
        <w:br/>
        <w:t>Від страшної блискавиці,&lt;br /&gt;</w:t>
        <w:br/>
        <w:t>Промайнула чорна тінь,&lt;br /&gt;</w:t>
        <w:br/>
        <w:t>Від якої всі ми ниці…&lt;br /&gt;</w:t>
        <w:br/>
        <w:t>Засміявся Син Хаосу,&lt;br /&gt;</w:t>
        <w:br/>
        <w:t>А Титан лишився сам,&lt;br /&gt;</w:t>
        <w:br/>
        <w:t>Припадав він до землиці,&lt;br /&gt;</w:t>
        <w:br/>
        <w:t>І молився небесам,&lt;br /&gt;</w:t>
        <w:br/>
        <w:t>Так лишається і досі —&lt;br /&gt;</w:t>
        <w:br/>
        <w:t>На загадку всім вікам…&lt;br /&gt;</w:t>
        <w:br/>
        <w:t>І у даль затупотіли&lt;br /&gt;</w:t>
        <w:br/>
        <w:t>Чорний-Білий Скакуни,&lt;br /&gt;</w:t>
        <w:br/>
        <w:t>На Землі замайоріли&lt;br /&gt;</w:t>
        <w:br/>
        <w:t>Наші прагнення і сни.&lt;br /&gt;</w:t>
        <w:br/>
        <w:t>Народилися у світ&lt;br /&gt;</w:t>
        <w:br/>
        <w:t>Ясна тяма і безтяма…&lt;br /&gt;</w:t>
        <w:br/>
        <w:t>Так і рушили в політ&lt;br /&gt;</w:t>
        <w:br/>
        <w:t>Вічний пошук, вічна драма…&lt;br /&gt;</w:t>
        <w:br/>
        <w:t>А Титан розсипав зерна&lt;br /&gt;</w:t>
        <w:br/>
        <w:t>Материнського Дарунку&lt;br /&gt;</w:t>
        <w:br/>
        <w:t>На походи, на модерни,&lt;br /&gt;</w:t>
        <w:br/>
        <w:t>На ілюзії лаштунки,&lt;br /&gt;</w:t>
        <w:br/>
        <w:t>На військові обладунки,&lt;br /&gt;</w:t>
        <w:br/>
        <w:t>На теорії, концерни,&lt;br /&gt;</w:t>
        <w:br/>
        <w:t>На імперії убогі…&lt;br /&gt;</w:t>
        <w:br/>
        <w:t>І питає Син у Бога,&lt;br /&gt;</w:t>
        <w:br/>
        <w:t>Чи ота страшна дорога&lt;br /&gt;</w:t>
        <w:br/>
        <w:t>В Рідний Край його поверне?&lt;br /&gt;</w:t>
        <w:br/>
        <w:t>У терзаннях, у борні&lt;br /&gt;</w:t>
        <w:br/>
        <w:t>Не поверне, ні!&lt;br /&gt;</w:t>
        <w:br/>
        <w:t>Від сподіванок про рай&lt;br /&gt;</w:t>
        <w:br/>
        <w:t>Ти рятунку не чекай.&lt;br /&gt;</w:t>
        <w:br/>
        <w:t>До далеких зірок&lt;br /&gt;</w:t>
        <w:br/>
        <w:t>Ілюзорний твій крок.&lt;br /&gt;</w:t>
        <w:br/>
        <w:t>В тиші атомних химер&lt;br /&gt;</w:t>
        <w:br/>
        <w:t>Дух навіки твій завмер…&lt;br /&gt;</w:t>
        <w:br/>
        <w:t>Ось тобі Чарівна Птиця —&lt;br /&gt;</w:t>
        <w:br/>
        <w:t>Твого духу блискавиця.&lt;br /&gt;</w:t>
        <w:br/>
        <w:t>Розпанахай серця сон,&lt;br /&gt;</w:t>
        <w:br/>
        <w:t>Розірви віків полон!&lt;br /&gt;</w:t>
        <w:br/>
        <w:t>І збагни, і збагни —&lt;br /&gt;</w:t>
        <w:br/>
        <w:t>Твоя суть пірнула в сни.&lt;br /&gt;</w:t>
        <w:br/>
        <w:t>І у тому сновидінні,&lt;br /&gt;</w:t>
        <w:br/>
        <w:t>Там, де скаче Темний Кінь,&lt;br /&gt;</w:t>
        <w:br/>
        <w:t>Втаємничено воління&lt;br /&gt;</w:t>
        <w:br/>
        <w:t>Всіх минулих поколінь.&lt;br /&gt;</w:t>
        <w:br/>
        <w:t>Тому світові химери,&lt;br /&gt;</w:t>
        <w:br/>
        <w:t>Що в безвидності зоріє,&lt;br /&gt;</w:t>
        <w:br/>
        <w:t>Треба відчинити двері&lt;br /&gt;</w:t>
        <w:br/>
        <w:t>В світ свідомості і дії.&lt;br /&gt;</w:t>
        <w:br/>
        <w:t>І духовний ураган&lt;br /&gt;</w:t>
        <w:br/>
        <w:t>Об’єднає світ розпуки,&lt;br /&gt;</w:t>
        <w:br/>
        <w:t>Материнський Чудо-Лан&lt;br /&gt;</w:t>
        <w:br/>
        <w:t>Нам відкриє давні луки…&lt;br /&gt;</w:t>
        <w:br/>
        <w:t>Всі поклони Ночі й Дню —&lt;br /&gt;</w:t>
        <w:br/>
        <w:t>То розділена свідомість!&lt;br /&gt;</w:t>
        <w:br/>
        <w:t>Лише іскорки Вогню&lt;br /&gt;</w:t>
        <w:br/>
        <w:t>Нині маємо натомість.&lt;br /&gt;</w:t>
        <w:br/>
        <w:t>Ми питаємо завзято&lt;br /&gt;</w:t>
        <w:br/>
        <w:t>Все у Білого Коня,&lt;br /&gt;</w:t>
        <w:br/>
        <w:t>Від одного хочем Брата&lt;br /&gt;</w:t>
        <w:br/>
        <w:t>Те, що сам він догани…&lt;br /&gt;</w:t>
        <w:br/>
        <w:t>І тоді, як в ночі яму&lt;br /&gt;</w:t>
        <w:br/>
        <w:t>Падаєм від марноти,&lt;br /&gt;</w:t>
        <w:br/>
        <w:t>В нас немає крихти тями,&lt;br /&gt;</w:t>
        <w:br/>
        <w:t>Щоб збагнути СУТЬ МЕТИ.&lt;br /&gt;</w:t>
        <w:br/>
        <w:t>Суть прихована у Краї&lt;br /&gt;</w:t>
        <w:br/>
        <w:t>Вороного Скакуна,&lt;br /&gt;</w:t>
        <w:br/>
        <w:t>Де вагітна знемагає&lt;br /&gt;</w:t>
        <w:br/>
        <w:t>Сновидіння глибина…&lt;br /&gt;</w:t>
        <w:br/>
        <w:t>Треба сповнить новим змістом&lt;br /&gt;</w:t>
        <w:br/>
        <w:t>Ту страшну космічну яму,&lt;br /&gt;</w:t>
        <w:br/>
        <w:t>Влить вогнисту кров іскристу&lt;br /&gt;</w:t>
        <w:br/>
        <w:t>В наше серце, в нашу тяму…&lt;br /&gt;</w:t>
        <w:br/>
        <w:t>Щоб воскрес Титан правічний,&lt;br /&gt;</w:t>
        <w:br/>
        <w:t>Щоб відкрилися Скарби,&lt;br /&gt;</w:t>
        <w:br/>
        <w:t>Треба сіять дух незвичний&lt;br /&gt;</w:t>
        <w:br/>
        <w:t>Небувалої Доби!&lt;br /&gt;</w:t>
        <w:br/>
        <w:t>Як полюбить Діва Ночі&lt;br /&gt;</w:t>
        <w:br/>
        <w:t>Духа Сонячного Дня,&lt;br /&gt;</w:t>
        <w:br/>
        <w:t>Знов побачать наші очі&lt;br /&gt;</w:t>
        <w:br/>
        <w:t>Суть Правічного Коня!&lt;br /&gt;</w:t>
        <w:br/>
        <w:t>У палаючім коханні&lt;br /&gt;</w:t>
        <w:br/>
        <w:t>Об’єднаються вони —&lt;br /&gt;</w:t>
        <w:br/>
        <w:t>І знемога, і повстання, —&lt;br /&gt;</w:t>
        <w:br/>
        <w:t>Чорний-Білий Скакуни.&lt;br /&gt;</w:t>
        <w:br/>
        <w:t>Блискавиця їх розбила,&lt;br /&gt;</w:t>
        <w:br/>
        <w:t>Блискавиця їх з’єдна…&lt;br /&gt;</w:t>
        <w:br/>
        <w:t>Все обійме Тайни Сила&lt;br /&gt;</w:t>
        <w:br/>
        <w:t>Дух Один і Суть Одна!..</w:t>
      </w:r>
    </w:p>
    <w:p>
      <w:r>
        <w:br/>
        <w:t>11 лютого 1978 р.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Зачаровані коні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