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Забуте місто</w:t>
      </w:r>
    </w:p>
    <w:p>
      <w:r>
        <w:br/>
        <w:t xml:space="preserve"> Хитає вітер ліхтарі&lt;br /&gt;</w:t>
        <w:br/>
        <w:t>і дико свище по кварталах.&lt;br /&gt;</w:t>
        <w:br/>
        <w:t>Вже ніч лягає покривалом&lt;br /&gt;</w:t>
        <w:br/>
        <w:t>на чорні бані й димарі.&lt;br /&gt;</w:t>
        <w:br/>
        <w:t>Принишкли площі&lt;br /&gt;</w:t>
        <w:br/>
        <w:t>й вулиці,&lt;br /&gt;</w:t>
        <w:br/>
        <w:t>де пленталось життя базаром.&lt;br /&gt;</w:t>
        <w:br/>
        <w:t>І тільки осінь стеле хмари,&lt;br /&gt;</w:t>
        <w:br/>
        <w:t>та в сквері клени слізно тужать,&lt;br /&gt;</w:t>
        <w:br/>
        <w:t>та чорні тіні,&lt;br /&gt;</w:t>
        <w:br/>
        <w:t>мов ченці,&lt;br /&gt;</w:t>
        <w:br/>
        <w:t>з кутків шниряють по калюжах…&lt;br /&gt;</w:t>
        <w:br/>
        <w:t>Гуляє вітер ураганом.&lt;br /&gt;</w:t>
        <w:br/>
        <w:t>З ним я —&lt;br /&gt;</w:t>
        <w:br/>
        <w:t>бо ми рідня по крові —&lt;br /&gt;</w:t>
        <w:br/>
        <w:t>десь на десенських берегах —&lt;br /&gt;</w:t>
        <w:br/>
        <w:t>з ним побраталися в діброві…</w:t>
      </w:r>
    </w:p>
    <w:p>
      <w:r>
        <w:br/>
        <w:t>Тупі обличчя,&lt;br /&gt;</w:t>
        <w:br/>
        <w:t>сонні пари,&lt;br /&gt;</w:t>
        <w:br/>
        <w:t>багнюка вулиць,&lt;br /&gt;</w:t>
        <w:br/>
        <w:t>шум базарів,&lt;br /&gt;</w:t>
        <w:br/>
        <w:t>дрібні стремління і турботи…&lt;br /&gt;</w:t>
        <w:br/>
        <w:t>Тут сон віків – іржа болота!&lt;br /&gt;</w:t>
        <w:br/>
        <w:t>Лише кротам тут гарно жити,&lt;br /&gt;</w:t>
        <w:br/>
        <w:t>що віддали покорі&lt;br /&gt;</w:t>
        <w:br/>
        <w:t>гордість,&lt;br /&gt;</w:t>
        <w:br/>
        <w:t>і тим,&lt;br /&gt;</w:t>
        <w:br/>
        <w:t>хто злякано спішить&lt;br /&gt;</w:t>
        <w:br/>
        <w:t>взять у життя&lt;br /&gt;</w:t>
        <w:br/>
        <w:t>на спокій ордер…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Забуте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