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Забудь мене, дивись байдуже…</w:t>
      </w:r>
    </w:p>
    <w:p>
      <w:r>
        <w:br/>
        <w:t xml:space="preserve"> Забудь мене, дивись байдуже,&lt;br /&gt;</w:t>
        <w:br/>
        <w:t>Як я поволі з туги в’яну,&lt;br /&gt;</w:t>
        <w:br/>
        <w:t>І не питай мене, чи дуже&lt;br /&gt;</w:t>
        <w:br/>
        <w:t>Ятряться в серці давні рани.&lt;br /&gt;</w:t>
        <w:br/>
        <w:t>Хіба ти винна, що недоля&lt;br /&gt;</w:t>
        <w:br/>
        <w:t>Між нас поклала яр розлуки?&lt;br /&gt;</w:t>
        <w:br/>
        <w:t>Кого розлучить люта доля,&lt;br /&gt;</w:t>
        <w:br/>
        <w:t>То як йому бажати злуки?&lt;br /&gt;</w:t>
        <w:br/>
        <w:t>Забудь, не плач, що ти не в силі&lt;br /&gt;</w:t>
        <w:br/>
        <w:t>Отерти сліз з очей каліки,&lt;br /&gt;</w:t>
        <w:br/>
        <w:t>Вони самі прихнуть в могилі…&lt;br /&gt;</w:t>
        <w:br/>
        <w:t>Забудь мене, забудь навіки.&lt;br /&gt;</w:t>
        <w:br/>
        <w:t>Тебе нема, нема спокою,&lt;br /&gt;</w:t>
        <w:br/>
        <w:t>Нема де серце прихилить,&lt;br /&gt;</w:t>
        <w:br/>
        <w:t>Безмежний сум снуєсь за мною&lt;br /&gt;</w:t>
        <w:br/>
        <w:t>І, мов та сирота, квилить.&lt;br /&gt;</w:t>
        <w:br/>
        <w:t>Снується сіра тінь задуми,&lt;br /&gt;</w:t>
        <w:br/>
        <w:t>Як сумерк серед сонних піль,&lt;br /&gt;</w:t>
        <w:br/>
        <w:t>Веде з собою скорбні думи&lt;br /&gt;</w:t>
        <w:br/>
        <w:t>І незміримий, лютий біль.&lt;br /&gt;</w:t>
        <w:br/>
        <w:t>Снуються спомини кохання,&lt;br /&gt;</w:t>
        <w:br/>
        <w:t>Пестливих слів, солодких мрій,&lt;br /&gt;</w:t>
        <w:br/>
        <w:t>Будують в серці храм страждання&lt;br /&gt;</w:t>
        <w:br/>
        <w:t>І гріб нездійснених надій.&lt;br /&gt;</w:t>
        <w:br/>
        <w:t>І чую зло’бний сміх наруги,&lt;br /&gt;</w:t>
        <w:br/>
        <w:t>Що, гей та тінь, за мною йде,&lt;br /&gt;</w:t>
        <w:br/>
        <w:t>І западаю в пропасть туги:&lt;br /&gt;</w:t>
        <w:br/>
        <w:t>Моя кохана! Де ти? Де?&lt;br /&gt;</w:t>
        <w:br/>
        <w:t>Тебе нема, нема спокою,&lt;br /&gt;</w:t>
        <w:br/>
        <w:t>Нема де серце прихилить,&lt;br /&gt;</w:t>
        <w:br/>
        <w:t>Безмежний сум снуєсь за мною&lt;br /&gt;</w:t>
        <w:br/>
        <w:t>І, мов та сирота, квилить.&lt;br /&gt;</w:t>
        <w:br/>
        <w:t>Як розгорнеш колись книгу твого життя&lt;br /&gt;</w:t>
        <w:br/>
        <w:t>І згадаєш нещасного друга,&lt;br /&gt;</w:t>
        <w:br/>
        <w:t>Може, в серці твоїм відживе співчуття&lt;br /&gt;</w:t>
        <w:br/>
        <w:t>І воскресне приморена туга.&lt;br /&gt;</w:t>
        <w:br/>
        <w:t>Цить! Не жалуй, що ти не могла мені стать&lt;br /&gt;</w:t>
        <w:br/>
        <w:t>Беатрічею в хвилях знемоги,&lt;br /&gt;</w:t>
        <w:br/>
        <w:t>Бо мій жереб — страждать і сльозами зливать&lt;br /&gt;</w:t>
        <w:br/>
        <w:t>Скорбних дум запустілі відлоги.&lt;br /&gt;</w:t>
        <w:br/>
        <w:t>Чи могла ж ти зректись свого світа і мрій,&lt;br /&gt;</w:t>
        <w:br/>
        <w:t>Щоб подати гельотові руку,&lt;br /&gt;</w:t>
        <w:br/>
        <w:t>Й молоді твої дні, повні ясних надій,&lt;br /&gt;</w:t>
        <w:br/>
        <w:t>Проміняти на злидні і муку?&lt;br /&gt;</w:t>
        <w:br/>
        <w:t>Цить! Не жалуй, не плач, дармо сліз не теряй,&lt;br /&gt;</w:t>
        <w:br/>
        <w:t>Бо судьби не умолиш ніколи,&lt;br /&gt;</w:t>
        <w:br/>
        <w:t>Лиш часбм навесні твого друга згадай&lt;br /&gt;</w:t>
        <w:br/>
        <w:t>І забудь мене згодом — поволи.&lt;br /&gt;</w:t>
        <w:br/>
        <w:t>Ми не зійдемося ніколи&lt;br /&gt;</w:t>
        <w:br/>
        <w:t>На сім проваллю смутку й болю,&lt;br /&gt;</w:t>
        <w:br/>
        <w:t>Мене зігнуть важкі мозоли,&lt;br /&gt;</w:t>
        <w:br/>
        <w:t>А ти — ти, може, знайдеш долю.&lt;br /&gt;</w:t>
        <w:br/>
        <w:t>Підем противними шляхами:&lt;br /&gt;</w:t>
        <w:br/>
        <w:t>Тебе суєтний світ пригорне,&lt;br /&gt;</w:t>
        <w:br/>
        <w:t>А над моїми слізоньками&lt;br /&gt;</w:t>
        <w:br/>
        <w:t>Буде сміятись горе чорне.&lt;br /&gt;</w:t>
        <w:br/>
        <w:t>І все вечірньою порою,&lt;br /&gt;</w:t>
        <w:br/>
        <w:t>Коли заплаче дзвін покійних,&lt;br /&gt;</w:t>
        <w:br/>
        <w:t>Піду шукати за тобою&lt;br /&gt;</w:t>
        <w:br/>
        <w:t>Стежками смутків безнадійних.&lt;br /&gt;</w:t>
        <w:br/>
        <w:t>Та ми не стрінемся ніколи&lt;br /&gt;</w:t>
        <w:br/>
        <w:t>На сім проваллю туги й болю,&lt;br /&gt;</w:t>
        <w:br/>
        <w:t>Мене зігнуть важкі мозоли,&lt;br /&gt;</w:t>
        <w:br/>
        <w:t>А ти — ти, може, знайдеш долю…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Забудь мене, дивись байдуже…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