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тобою!..</w:t>
      </w:r>
    </w:p>
    <w:p>
      <w:r>
        <w:br/>
        <w:t xml:space="preserve"> Не раз по тобі тужу в розжалення годину,&lt;br /&gt;</w:t>
        <w:br/>
        <w:t>Як вітер жалісно об рами б'є віконні;&lt;br /&gt;</w:t>
        <w:br/>
        <w:t>Надворі смутна ніч… Дощ стогне без упину&lt;br /&gt;</w:t>
        <w:br/>
        <w:t>Та дзвонить на вікні мелодьї однотонні…</w:t>
      </w:r>
    </w:p>
    <w:p>
      <w:r>
        <w:br/>
        <w:t>Душею я в той час в світи забуті лину&lt;br /&gt;</w:t>
        <w:br/>
        <w:t>І геть волочу всі гадки терплячі, сонні…&lt;br /&gt;</w:t>
        <w:br/>
        <w:t>Надворі темна ніч… Дощ стогне без упину&lt;br /&gt;</w:t>
        <w:br/>
        <w:t>Та дзвонить на вікні мелодьї невгомонні…</w:t>
      </w:r>
    </w:p>
    <w:p>
      <w:r>
        <w:br/>
        <w:t>В кімнаті тишина — мені так дуже смутно,&lt;br /&gt;</w:t>
        <w:br/>
        <w:t>Каяття, біль і жаль на мої груди сіли&lt;br /&gt;</w:t>
        <w:br/>
        <w:t>І віко кам'яне від труни відвалили…</w:t>
      </w:r>
    </w:p>
    <w:p>
      <w:r>
        <w:br/>
        <w:t>Лишень на дні душі скимить щось ледве чутно,&lt;br /&gt;</w:t>
        <w:br/>
        <w:t>Безслідно стогін стих — з дощу сплітаєсь грою,—&lt;br /&gt;</w:t>
        <w:br/>
        <w:t>Душа моя, душа ридає за тобою…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тобою!..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