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сірим тлом холодного вікна...</w:t>
      </w:r>
    </w:p>
    <w:p>
      <w:r>
        <w:br/>
        <w:t xml:space="preserve"> За сірим тлом холодного вікна&lt;br /&gt;</w:t>
        <w:br/>
        <w:t>Лежить дорога, що веде до тебе.&lt;br /&gt;</w:t>
        <w:br/>
        <w:t>Моя любове і моя потребо,&lt;br /&gt;</w:t>
        <w:br/>
        <w:t>Наповни душу силою вина!&lt;br /&gt;</w:t>
        <w:br/>
        <w:t>Нехай гойднеться гілкою ще раз,&lt;br /&gt;</w:t>
        <w:br/>
        <w:t>Злетить у вись за жайвором тріпотним,&lt;br /&gt;</w:t>
        <w:br/>
        <w:t>Нап'ється гідно синеви достоту&lt;br /&gt;</w:t>
        <w:br/>
        <w:t>Й очиститься від болю та образ.&lt;br /&gt;</w:t>
        <w:br/>
        <w:t>Забуде голос сумномовних слів&lt;br /&gt;</w:t>
        <w:br/>
        <w:t>І змиє сіль, що рани нам ятрила.&lt;br /&gt;</w:t>
        <w:br/>
        <w:t>Напевно, в тих, хто розгортав вітрила,&lt;br /&gt;</w:t>
        <w:br/>
        <w:t>Свавільний дух ніколи не малів.&lt;br /&gt;</w:t>
        <w:br/>
        <w:t>Відкинемо тоді печалі злі,&lt;br /&gt;</w:t>
        <w:br/>
        <w:t>Підем, обнявшись, синьооким небом...&lt;br /&gt;</w:t>
        <w:br/>
        <w:t>Моя любове і моя потребо,&lt;br /&gt;</w:t>
        <w:br/>
        <w:t>Не полишай мене на цій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сірим тлом холодного вікна...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