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що Крука з казки вигнали</w:t>
      </w:r>
    </w:p>
    <w:p>
      <w:r>
        <w:br/>
        <w:t xml:space="preserve"> &lt;p&gt;Полудневе сонце визолотило дно неглибокої затоки лісової річки, куди веселенько збігала прозора, мов ранкове повітря, вода стрімкого джерела. Лісовий люд, який живився лише трунком дерев і кущів, не обходився й без цілющої вологи, а як її не було, пив росу. Нею і вмивалися, од чого Грушівниці, Дубовички, Ліщинки та їхні численні співбрати завше були чистенькі і бадьорі, а серця їхні — ніжні й добрі. Ось і зараз, тільки-но побачили казкові хлопчики й дівчатка джерельце,— хутко до нього. Спочатку напилися холодної водиці, а тоді нумо гратись-веселитись (хоч і казкові, а все одно діти!).</w:t>
      </w:r>
    </w:p>
    <w:p>
      <w:r>
        <w:br/>
        <w:t>— Ходімте до затоки,— запросив лісовий люд Найказковіший з усіх равликів равлик (далі ми будемо називати його просто — Найказковіший, а він на це, гадаємо, не образиться).— Покажу вам своїх водяних родичів. Бачите, скільки їх з піску стримить під водою?</w:t>
      </w:r>
    </w:p>
    <w:p>
      <w:r>
        <w:br/>
        <w:t>— Камінці якісь, а не равлики,— засумнівалася Ліщинка.</w:t>
      </w:r>
    </w:p>
    <w:p>
      <w:r>
        <w:br/>
        <w:t>— Хіба я казав, що то равлики?— засопів Найказковіший.— Перед вами перлівниці. Від нас, равликів, відрізняються тим, що ховають своє тіло не в закрутці, а між двома стулками, через те називаються — двостулкові молюски.</w:t>
      </w:r>
    </w:p>
    <w:p>
      <w:r>
        <w:br/>
        <w:t>— Що вони там, у піску, роблять?— зацікавився лісовий люд.— І як у воді не задихнуться?</w:t>
      </w:r>
    </w:p>
    <w:p>
      <w:r>
        <w:br/>
        <w:t>— Хе-хе!.. Вода їм — рідна стихія. З неї беруть і кисень, щоб дихати, і їжу.</w:t>
      </w:r>
    </w:p>
    <w:p>
      <w:r>
        <w:br/>
        <w:t>— А вони рухаються?— обступив Найказковішого лісовий люд, який добре знав, що діється на суші.</w:t>
      </w:r>
    </w:p>
    <w:p>
      <w:r>
        <w:br/>
        <w:t>Найказковіший занурив —у воду свої вусики-щупальця й, напевно, щось наказав по казкових радіохвилях одній з перлівниць. Та стала розхитувати своє тіло, щоб вивільнитися з піску, а тоді розкрила стулки, висунула рожеву м'язисту ніжку. Напружила її і поволі посунула до берега.</w:t>
      </w:r>
    </w:p>
    <w:p>
      <w:r>
        <w:br/>
        <w:t>— Може, щось хочете запитати в неї, то я перекладу вам її молюскову мову,— запропонував Найказковіший.</w:t>
      </w:r>
    </w:p>
    <w:p>
      <w:r>
        <w:br/>
        <w:t>— Чи ж багато перлівниць у річках-озерах?— Дубовичок тут як тут.</w:t>
      </w:r>
    </w:p>
    <w:p>
      <w:r>
        <w:br/>
        <w:t>— Було б іще більше, якби не забруднювали вод,— почули всі відповідь Перлівниці.— А ще нас виловлювали, щоб з блискучих стулок наробити ґудзиків!..</w:t>
      </w:r>
    </w:p>
    <w:p>
      <w:r>
        <w:br/>
        <w:t>— Ось тут, Перлівнице, ти не зовсім права,— сказав Озивайко.— Хімія, якщо її правильно застосовувати, дуже помагає. Росте, приміром, у полі пшениця. Землі наші, знаєте, піщані, на них і трава невисока, кволенька. А люди підживлюють пшеницю мінеральними добривами, і, гляди, міцною, колосистою вона виростає. До речі, Перлівнице, тому, що з ваших мушель зараз не роблять ґудзиків, завдячуй також хімії. Бо ґудзики з пластмаси виявилися і кращими, і дешевшими!</w:t>
      </w:r>
    </w:p>
    <w:p>
      <w:r>
        <w:br/>
        <w:t>— І все-таки від хімії багато живого гине,— наполягала Перлівниця.— Ти, Озивайку, і ви, лісовий люде, дружите з дітьми. Ось і розкажіть їм, а ті батькам своїм перекажуть, як нам важко, коли вони усе підряд кроплять отрутою, забуваючи, що з полів і лісів вода неодмінно потрапить до річок і озер.</w:t>
      </w:r>
    </w:p>
    <w:p>
      <w:r>
        <w:br/>
        <w:t>Перлівниця, попрощавшись, посунула в глиб водойми.</w:t>
      </w:r>
    </w:p>
    <w:p>
      <w:r>
        <w:br/>
        <w:t>— Гей, Перлівнице,— гукнула їй навздогін Ліщинка,— а чому ти від берега тікаєш? Тут же пісочок чистенький і водичка тепленька.</w:t>
      </w:r>
    </w:p>
    <w:p>
      <w:r>
        <w:br/>
        <w:t>— Від ворогів ховаюся,— переклав молюскову мову Найказковіший. — Сірі ворони, зокрема, стали нас переслідувати.</w:t>
      </w:r>
    </w:p>
    <w:p>
      <w:r>
        <w:br/>
        <w:t>— Хіба проб'ють дзьобом таку мушлю?— засумнівався лісовий люд.</w:t>
      </w:r>
    </w:p>
    <w:p>
      <w:r>
        <w:br/>
        <w:t>— Вони інакше діють: беруть молюска в дзьоб, піднімаються високо й кидають його на каміння. Мушля, звичайно, не витримує...</w:t>
      </w:r>
    </w:p>
    <w:p>
      <w:r>
        <w:br/>
        <w:t>— Сірі ворони — єдині ваші вороги?</w:t>
      </w:r>
    </w:p>
    <w:p>
      <w:r>
        <w:br/>
        <w:t>— Аби ж то... У воді кожної миті на нас можуть напасти видра, хохуля, водяний пацюк...</w:t>
      </w:r>
    </w:p>
    <w:p>
      <w:r>
        <w:br/>
        <w:t>Незчулися, як з неба каменем упав на Найказковішого чорний птах. Крук! Ухопив у дзьоб небораку й полетів з ним до лісу. Крук був старий, розбоєм займався рідко, а їв що доведеться. А ще той Крук був не простий, а також із казки. Тільки за провину тяжку був позбавлений чарівної сили і став таким, як і всі його чорнокрилі одноплемінники,— звичайнісіньким круком, якому і їсти треба, і холоди дошкуляють...</w:t>
      </w:r>
    </w:p>
    <w:p>
      <w:r>
        <w:br/>
        <w:t>— А за що ж його з казки вигнали? — нетерпеливиться Ліщинці.</w:t>
      </w:r>
    </w:p>
    <w:p>
      <w:r>
        <w:br/>
        <w:t>— Потім розповім, а зараз треба Найказковішого рятувати, — озвався Озивайко.</w:t>
      </w:r>
    </w:p>
    <w:p>
      <w:r>
        <w:br/>
        <w:t>Чи живий равлик? Озивайко посилає навздогін Крукові чарівні радіохвилі, просить його відпустити Найказковішого, але той вперто мовчить, бо дуже зголоднів. Знає: випустить равлика, упаде той в лісовій хащі. Шукай тоді голку в сіні!</w:t>
      </w:r>
    </w:p>
    <w:p>
      <w:r>
        <w:br/>
        <w:t>Що робити? Крук вже наближається до високої сосни, де змостив гніздо, там він хоче поласувати м'яким тілом молюска. А що він казковий, Крукові байдуже. Сам був таким!..</w:t>
      </w:r>
    </w:p>
    <w:p>
      <w:r>
        <w:br/>
        <w:t>Інший би й руки опустив з розпачу. Тільки не Озивайко! Головне зараз — подумати, хто може прийти на поміч Найказковішому там, на вершині старої сосни.</w:t>
      </w:r>
    </w:p>
    <w:p>
      <w:r>
        <w:br/>
        <w:t>— Озивайку, чи забув про моїх братиків? — пропищав зелененький Соснячок.— Дай лише їм команду — і вони, як сяде Крук на дерево, заберуть у нього здобич.</w:t>
      </w:r>
    </w:p>
    <w:p>
      <w:r>
        <w:br/>
        <w:t>— І справді,— замислився Озивайко,— дерево велике, Соснячків на ньому чимало, там лісовий люд обслуговує кожну гілку. Подужають злодіяку!</w:t>
      </w:r>
    </w:p>
    <w:p>
      <w:r>
        <w:br/>
        <w:t>Озивайко збирається на силі:</w:t>
      </w:r>
    </w:p>
    <w:p>
      <w:r>
        <w:br/>
        <w:t>— Друзі мої Соснячки! Зараз на ваше дерево сяде Крук. У його дзьобі — з усіх равликів Найказковіший равлик, його життю загрожує небезпека. Тільки ви можете його порятувати. Гайда швиденько до крукового гнізда, і як тільки він сяде, хапайте його за крила, пазури, дзьоб, щоб не встиг розбійник розтерзати Найказковішого. І самі будьте обережні: Крук хоч і старий, та ще дужий!</w:t>
      </w:r>
    </w:p>
    <w:p>
      <w:r>
        <w:br/>
        <w:t>До великої сосни примчали не лише тамтешні Соснячки, але й Дубовички, і Ялинники, і Вільшанки. Поховалися й стали чекати Крука. А той тут як тут. Сів посеред гнізда... Крукове тіло немовби спеленали тисячі невидимих ниток. Він хотів зручніше стати на гнізді, але не міг і поворухнутися. І лише тоді помітив, що його обліпили міріади .дрібненьких хлопчиків і дівчаток. А щоб Крук не пустив у хід дзьоб, Соснячки склеїли його живицею.</w:t>
      </w:r>
    </w:p>
    <w:p>
      <w:r>
        <w:br/>
        <w:t>— Тільки поворухнешся,— пригрозили,— капнемо живиці в носа, ти й задихнешся!</w:t>
      </w:r>
    </w:p>
    <w:p>
      <w:r>
        <w:br/>
        <w:t>Самі ж заходилися приводити до тями Найказковішого. Той від болю і переляку впав у стан анабіозу, тобто напівсну (так равлики перебувають несприятливі для них часи. Приміром, коли їжі не стає, або спека велика, чи зиму треба перебути).</w:t>
      </w:r>
    </w:p>
    <w:p>
      <w:r>
        <w:br/>
        <w:t>Вільшанки принесли Найказковішому свіженької водиці, покропили його, та дарма.</w:t>
      </w:r>
    </w:p>
    <w:p>
      <w:r>
        <w:br/>
        <w:t>— Невже загинув?— бідкалися казкові хлопчики і дівчатка.</w:t>
      </w:r>
    </w:p>
    <w:p>
      <w:r>
        <w:br/>
        <w:t>Тоді Вільшанки злізли вниз і назбирали повні долоні роси з цілющих трав — звіробою, материнки й безсмертника. Все це злили в шапочки з жолудів — і хутко до равлика. Кропили його росою, махали над ним листочками, щоб вітерець приносив більше кисню. І Найказковіший прокинувся.</w:t>
      </w:r>
    </w:p>
    <w:p>
      <w:r>
        <w:br/>
        <w:t>А тут Озивайко промовив до Крука слово чарівне, і той обм'як, перетворився в стару нікчемну курку.</w:t>
      </w:r>
    </w:p>
    <w:p>
      <w:r>
        <w:br/>
        <w:t>— Втрете тобі, Круче, не буде порятунку,— суворо промовив.— А поки що киш звідси!</w:t>
      </w:r>
    </w:p>
    <w:p>
      <w:r>
        <w:br/>
        <w:t>Крук злякано шугонув донизу й сховався в гущавині.</w:t>
      </w:r>
    </w:p>
    <w:p>
      <w:r>
        <w:br/>
        <w:t>Найказковішого Озивайко поклав до кишені й хотів злазити з дерева, аж тут Ліщинка знову спитала:</w:t>
      </w:r>
    </w:p>
    <w:p>
      <w:r>
        <w:br/>
        <w:t>— Так за що Крука з казки вигнали?</w:t>
      </w:r>
    </w:p>
    <w:p>
      <w:r>
        <w:br/>
        <w:t>— То давня історія. Колись казкові круки у вирій літали. Холодні зими перебували на острові, який омивало тепле море. А ще на тому острові росли різні дерева. Круки живилися їхніми смачними плодами. А води на тому острові не було. Її приносили крукам у дзьобах казкові папуги. Ці птахи хоч і галасливі, та дуже гостинні. Вони навіть гнізда крукам віддавали, а самі ховалися від сонячних променів та тропічних злив під широким пальмовим листям.</w:t>
      </w:r>
    </w:p>
    <w:p>
      <w:r>
        <w:br/>
        <w:t>Тієї зими, коли сталася ця історія, на острові було навдивовижу жарко. Квіти в'яли, плоди сохли — хоч помирай з голоду, а тут ще й пити хочеться! Круки місця собі не знаходили, обнишпорили всі кутки, а води немає. Посилають папуг по воду — ті не летять, бо знають, що в таку спеку не дістануться до річки, а загинуть. Ось тут Крук, якого ви знаєте, підстрибнув до ватажка папуг і так його дзьобнув у голову, що той, хоч і казковий, одразу ж дух випустив. Після цього лиходія Крука вигнали з казки. А ще папуги зробили так, щоб круки забули до їхнього чарівного острова дорогу...</w:t>
      </w:r>
    </w:p>
    <w:p>
      <w:r>
        <w:br/>
        <w:t>Ліщинки, Дубовички, Соснячки, інший лісовий люд, які завше співчували слабим і знедоленим, з осудом подивилися в той бік, де в кущах приходив до тями лихий Крук.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що Крука з казки вигнали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