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річкою, в затінку дере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річкою, в затінку дер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