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перелазом стежка</w:t>
      </w:r>
    </w:p>
    <w:p>
      <w:r>
        <w:br/>
        <w:t xml:space="preserve"> За перелазом стежка крізь городи,&lt;br /&gt;</w:t>
        <w:br/>
        <w:t>Крізь соняшники, льон, крізь коноплю…&lt;br /&gt;</w:t>
        <w:br/>
        <w:t>В твоїй, о земле, соковитій вроді&lt;br /&gt;</w:t>
        <w:br/>
        <w:t>Свої думки й бажання потоплю.</w:t>
      </w:r>
    </w:p>
    <w:p>
      <w:r>
        <w:br/>
        <w:t>Шляхи за стежкою у даль плазують,&lt;br /&gt;</w:t>
        <w:br/>
        <w:t>Шляхи за обрій в невідому путь…&lt;br /&gt;</w:t>
        <w:br/>
        <w:t>Десь вершники на вороних басують,&lt;br /&gt;</w:t>
        <w:br/>
        <w:t>Гармати десь, немов громи, гудуть…</w:t>
      </w:r>
    </w:p>
    <w:p>
      <w:r>
        <w:br/>
        <w:t>Тут – соняшники, льон і сонце, сонце,&lt;br /&gt;</w:t>
        <w:br/>
        <w:t>Тут зелено в розкошах бур’яну.&lt;br /&gt;</w:t>
        <w:br/>
        <w:t>Держить земля в своїй м’якій долоньці&lt;br /&gt;</w:t>
        <w:br/>
        <w:t>Країну снів – бунтарську, вогняну.</w:t>
      </w:r>
    </w:p>
    <w:p>
      <w:r>
        <w:br/>
        <w:t>За перелазом, за городом поле,&lt;br /&gt;</w:t>
        <w:br/>
        <w:t>І соняшник не сонцю уклонивсь:&lt;br /&gt;</w:t>
        <w:br/>
        <w:t>За обрієм зачервоніла воля —&lt;br /&gt;</w:t>
        <w:br/>
        <w:t>Блакитний льон сьогодні зчервонивсь…</w:t>
      </w:r>
    </w:p>
    <w:p>
      <w:r>
        <w:br/>
        <w:t>За перелазом стежка крізь городи…&lt;br /&gt;</w:t>
        <w:br/>
        <w:t>Зогнив старий дідівський перелаз…&lt;br /&gt;</w:t>
        <w:br/>
        <w:t>Вклоняюся ясній світанку вроді,&lt;br /&gt;</w:t>
        <w:br/>
        <w:t>Оспівую очей його топаз…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перелазом стежка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