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горою</w:t>
      </w:r>
    </w:p>
    <w:p>
      <w:r>
        <w:br/>
        <w:t xml:space="preserve"> &lt;p&gt;З-поза хмари одна зірка виглядала. Вітер суятив по смерекових берегах, світ був темний та дикий.</w:t>
      </w:r>
    </w:p>
    <w:p>
      <w:r>
        <w:br/>
        <w:t>Стежкою йшло двоє людей і ялівка.</w:t>
      </w:r>
    </w:p>
    <w:p>
      <w:r>
        <w:br/>
        <w:t>"От я вже, рахувати, ґазда. Буяв, вичинявся, а тепер прийшла черга на статок... Гий, мав я гадку на інше, та не вдалося..."</w:t>
      </w:r>
    </w:p>
    <w:p>
      <w:r>
        <w:br/>
        <w:t>Молода жінка думала по-своєму.</w:t>
      </w:r>
    </w:p>
    <w:p>
      <w:r>
        <w:br/>
        <w:t>"Не погуляла сих великодніх свят, навіть на жук 1 не ходила, а тут вже й жінкою стала. Пропало дівування, про Василя і не згадуй,— бодай не приснився ніколи... Засукай рукави, бо мати непогане за тебе до роботи і не скаже: "Гуляй, доню, не бороню".</w:t>
      </w:r>
    </w:p>
    <w:p>
      <w:r>
        <w:br/>
        <w:t>Молодій жінці колотиться в голові весілля.</w:t>
      </w:r>
    </w:p>
    <w:p>
      <w:r>
        <w:br/>
        <w:t>Вона сирота, то їй співали:</w:t>
      </w:r>
    </w:p>
    <w:p>
      <w:r>
        <w:br/>
        <w:t>Стукнули ангели в небі, збудили батенька в гробі; вставай, батеньку, до суду, іде твоя дитятко до шлюбу... 2</w:t>
      </w:r>
    </w:p>
    <w:p>
      <w:r>
        <w:br/>
        <w:t>Безвухий додає жалю на скрипці. Скривив злодюга губу, торкає цимбалістого, й оба бутять та удають, як жінки заводять.</w:t>
      </w:r>
    </w:p>
    <w:p>
      <w:r>
        <w:br/>
        <w:t>Коло мисника покритка Кривенька збирає сльози в червону хустину, а Фрей Хабаз зачемеричив голову, задер чоло і крутиться зі свахою, як жовнір з гвером. Тримає руки на її плечах, а вона, груба і куца, тримається його в поясі. На чотирьох кутах хати відкидає він вбік головою остро, як рекрут перед старшим, аж патли відлітають, наступає на праву ногу дубаючи і валить в грагар долонею, як праником. Хата здригає, він присідає, а сваха за ним потрясає грубим задом.</w:t>
      </w:r>
    </w:p>
    <w:p>
      <w:r>
        <w:br/>
        <w:t>Жінка сіпнула його за рукав.</w:t>
      </w:r>
    </w:p>
    <w:p>
      <w:r>
        <w:br/>
        <w:t>— Йой публіко мерзенна, публіко-о-о! Йой гріхи неспасен-ні, гріхи-и-и!</w:t>
      </w:r>
    </w:p>
    <w:p>
      <w:r>
        <w:br/>
        <w:t>Він пустив сваху і присікся до жінки.</w:t>
      </w:r>
    </w:p>
    <w:p>
      <w:r>
        <w:br/>
        <w:t>— Цитро, а ти чє-є? То як Кривенька нагадала собі першого небіжчика і пускає сомпілє, то й я маю робити з весілля похорон та заводити з усіма бабами!? Тихо мо-о-о, бо як замащу, то лиш дух вискочить, як птах з клітки! Ані крикнеш...</w:t>
      </w:r>
    </w:p>
    <w:p>
      <w:r>
        <w:br/>
        <w:t>— Не піду, мамо, в танець, бо неволя в серці.</w:t>
      </w:r>
    </w:p>
    <w:p>
      <w:r>
        <w:br/>
        <w:t>— Іди, дитинко, бо з Іваном твоя доля. А на косичку уважай, аби хто не стягнув, бо за нею й твоя доля, як чічка на бистрій воді.</w:t>
      </w:r>
    </w:p>
    <w:p>
      <w:r>
        <w:br/>
        <w:t>Молода жінка посмотріла за пазуху.</w:t>
      </w:r>
    </w:p>
    <w:p>
      <w:r>
        <w:br/>
        <w:t>— Косичка є. Я тямила. Скоро лиш із-за сгола, а л Гі :і голови та в пазуху. Не бійтеся... Го-о-о; вороги тяженькі, не бояться гріха.</w:t>
      </w:r>
    </w:p>
    <w:p>
      <w:r>
        <w:br/>
        <w:t>Ялівка йде спокійно, як би до своєї стайні. Все така буйна, а нині — як дитина. Мама дала із щирої руки. Вивела зі стайні та й бастринок через полу подала. "На, донько, не жалую тобі. Дві вас було, а тепер мої очі будуть самі, бо ви в інший світ, а я в інший. Нині розходимося так, а колись гірше. Ну, боже вас благослови..."</w:t>
      </w:r>
    </w:p>
    <w:p>
      <w:r>
        <w:br/>
        <w:t>— Мамо, мамо, який він буде?</w:t>
      </w:r>
    </w:p>
    <w:p>
      <w:r>
        <w:br/>
        <w:t>— Га, дитинко, і сей, може, увійде. Будь щира та послушна, то й він тебе пошанує.</w:t>
      </w:r>
    </w:p>
    <w:p>
      <w:r>
        <w:br/>
        <w:t>— Адіть, і бастринка не треба, йде за нами, як би знала дорогу.</w:t>
      </w:r>
    </w:p>
    <w:p>
      <w:r>
        <w:br/>
        <w:t>— Ти мені не викай, бо ти моя жінка, а я, рахувати, твій чоловік.</w:t>
      </w:r>
    </w:p>
    <w:p>
      <w:r>
        <w:br/>
        <w:t>Зійшли з гори і станули перед хатою. Хата рублена в вуг-ли, за нею корчі, а далі берегом чорніє ліс. Молодий чоловік показав рукою на хату, потому обіймав жінку і притис її голову до грудей. Піддавалася. Пригорнув за шию, до нього висунулися гарячі уста. Весняний вечір наводить не раз отак солодку обмороку, аж земля важиться під ногами...</w:t>
      </w:r>
    </w:p>
    <w:p>
      <w:r>
        <w:br/>
        <w:t>Перед порогом жінка затремтіла й станула. Повидів се чоловік, взяв її за руку, промовив:</w:t>
      </w:r>
    </w:p>
    <w:p>
      <w:r>
        <w:br/>
        <w:t>— Як встанеш, ясне сонінько, то привітай оцю молоду ґаздиню в моїх порогах щастєм, здоровлєм, доброю долею, і мене при ній, і всіх добрих людей на світі, на славу і радість усеї Русі-України!</w:t>
      </w:r>
    </w:p>
    <w:p>
      <w:r>
        <w:br/>
        <w:t>Прип'яли ялівку в шіпці, дали сіна і пішли в хату. Засвітили, він сів на лаву, жінка хотіла прятати дещо, та він не дав. Пригнув її до себе, як берізку, вона не боронила. Тулив її головку в долонях, пригорнув до грудей, потім відхилив, і одно другому вдивлялося в очі. Де вони зросли і як зійшлися? Увесь світ спить тепер, а вони самі... Дивне диво: вони тут обоє разом самі, а весь світ спить тепер... Страх перелітав крізь очі одної душі в другу. Хто кому буде приятелем, а хто ворогом? Чи радість, чи смуток з-за Дунаю прийде до них в гості? Хто тут перший умре, хто кого буде ховати? Хто відгадає?..</w:t>
      </w:r>
    </w:p>
    <w:p>
      <w:r>
        <w:br/>
        <w:t>Дві душі пересувалися з одного ока в друге, як сонце в плесі, й відчитували свій талан.</w:t>
      </w:r>
    </w:p>
    <w:p>
      <w:r>
        <w:br/>
        <w:t>Вона сплакнула й пригорнулася до його серця, як би просила, аби не бив її.</w:t>
      </w:r>
    </w:p>
    <w:p>
      <w:r>
        <w:br/>
        <w:t>— Гий, хата нова та й сволок здоровий — чим тут нині журитися! Гасім, жінко, а решта всьо пусте...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горою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