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циклу "Античній формі наближаючись"</w:t>
      </w:r>
    </w:p>
    <w:p>
      <w:r>
        <w:br/>
        <w:t xml:space="preserve"> З циклу "Античній формі наближаючись"</w:t>
      </w:r>
    </w:p>
    <w:p>
      <w:r>
        <w:br/>
        <w:t>Герцог Леопольд Брауншвайзький</w:t>
      </w:r>
    </w:p>
    <w:p>
      <w:r>
        <w:br/>
        <w:t>Владар ріки старовічний, умкнувши тебе всепотужно,&lt;br /&gt;</w:t>
        <w:br/>
        <w:t>Ділить з тобою тепер царство текуче своє.&lt;br /&gt;</w:t>
        <w:br/>
        <w:t>Ти спочиваєш під стишені плескоти урни, — допоки&lt;br /&gt;</w:t>
        <w:br/>
        <w:t>Рокіт прибою до діл знов не пробудить тебе.&lt;br /&gt;</w:t>
        <w:br/>
        <w:t>Поміч дай гойну народові! Все, що як смертній людині&lt;br /&gt;</w:t>
        <w:br/>
        <w:t>Не удалося тобі, ти доверши яко Бог!</w:t>
      </w:r>
    </w:p>
    <w:p>
      <w:r>
        <w:br/>
        <w:t>Брат і сестра</w:t>
      </w:r>
    </w:p>
    <w:p>
      <w:r>
        <w:br/>
        <w:t>Сон і дрімоту, що служить богам, попросив до наземних&lt;br /&gt;</w:t>
        <w:br/>
        <w:t>З неба зійти Прометей: їм щоб потіха була;&lt;br /&gt;</w:t>
        <w:br/>
        <w:t>Але легке для богів є тяжким для людей: їх дрімота&lt;br /&gt;</w:t>
        <w:br/>
        <w:t>Нам обернулась на сон, смертю став сон їх для нас.</w:t>
      </w:r>
    </w:p>
    <w:p>
      <w:r>
        <w:br/>
        <w:t>Спізнане щастя</w:t>
      </w:r>
    </w:p>
    <w:p>
      <w:r>
        <w:br/>
        <w:t>Все, що природа обдумано між багатьма поділяє,&lt;br /&gt;</w:t>
        <w:br/>
        <w:t>Поза звичаєм своїм їй, одинокій, дала,-&lt;br /&gt;</w:t>
        <w:br/>
        <w:t>I, обдарована пишно, божествлена всіми, любові&lt;br /&gt;</w:t>
        <w:br/>
        <w:t>Приязним даром вона дні ощастила мої.</w:t>
      </w:r>
    </w:p>
    <w:p>
      <w:r>
        <w:br/>
        <w:t>Виправдання</w:t>
      </w:r>
    </w:p>
    <w:p>
      <w:r>
        <w:br/>
        <w:t>Жінки не гудь, що не вірна мужчинам і їх покидає;&lt;br /&gt;</w:t>
        <w:br/>
        <w:t>Знай: то постійного з них пильно шукає вона!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циклу "Античній формі наближаючись"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