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тюрми</w:t>
      </w:r>
    </w:p>
    <w:p>
      <w:r>
        <w:br/>
        <w:t xml:space="preserve"> Бряжчать кайдани, крики варти,&lt;br /&gt;</w:t>
        <w:br/>
        <w:t>Прокльони в'язнів — море муки.&lt;br /&gt;</w:t>
        <w:br/>
        <w:t>А мимохіть на білі карти&lt;br /&gt;</w:t>
        <w:br/>
        <w:t>Падуть важкі слова розпуки.&lt;br /&gt;</w:t>
        <w:br/>
        <w:t>Запала ніч. Втишились в'язні,&lt;br /&gt;</w:t>
        <w:br/>
        <w:t>Заснуло все камінним сном.&lt;br /&gt;</w:t>
        <w:br/>
        <w:t>Лиш я сиджу в холодній казні,&lt;br /&gt;</w:t>
        <w:br/>
        <w:t>Сиджу з розпаленим чолом.&lt;br /&gt;</w:t>
        <w:br/>
        <w:t>"І що то буде? Що то буде?" —&lt;br /&gt;</w:t>
        <w:br/>
        <w:t>Ридає по кутках печаль.&lt;br /&gt;</w:t>
        <w:br/>
        <w:t>Лавиною паде на груди&lt;br /&gt;</w:t>
        <w:br/>
        <w:t>Якийсь незмірний дикий жаль.&lt;br /&gt;</w:t>
        <w:br/>
        <w:t>По коридорі ходить важко&lt;br /&gt;</w:t>
        <w:br/>
        <w:t>З багнетом жовнір, в'язні сплять,&lt;br /&gt;</w:t>
        <w:br/>
        <w:t>А мій сусід зітхає тяжко,&lt;br /&gt;</w:t>
        <w:br/>
        <w:t>Аж сірі стіни гомонять.&lt;br /&gt;</w:t>
        <w:br/>
        <w:t>Поник головою на зимнії грати&lt;br /&gt;</w:t>
        <w:br/>
        <w:t>І згадував втрачену волю,&lt;br /&gt;</w:t>
        <w:br/>
        <w:t>І линув думками до рідної хати&lt;br /&gt;</w:t>
        <w:br/>
        <w:t>Та й гнувся від смутку і болю.&lt;br /&gt;</w:t>
        <w:br/>
        <w:t>"Тут (пишуть сусіди) стара твоя мати&lt;br /&gt;</w:t>
        <w:br/>
        <w:t>З жалю і розпуки вмирає,&lt;br /&gt;</w:t>
        <w:br/>
        <w:t>Приїдь — буде пізно… Що в тебе чувати?&lt;br /&gt;</w:t>
        <w:br/>
        <w:t>Спішися, бо, може…' хто знає…"&lt;br /&gt;</w:t>
        <w:br/>
        <w:t>Склонився на грати і товк головою,&lt;br /&gt;</w:t>
        <w:br/>
        <w:t>Ятрив незагоєні рани.&lt;br /&gt;</w:t>
        <w:br/>
        <w:t>А сторож тюремний стояв за стіною&lt;br /&gt;</w:t>
        <w:br/>
        <w:t>І ладив на нього кайдани.&lt;br /&gt;</w:t>
        <w:br/>
        <w:t>Північ. Молодь сидить на тюремних прічах&lt;br /&gt;</w:t>
        <w:br/>
        <w:t>У поважнім празничнім настрою:&lt;br /&gt;</w:t>
        <w:br/>
        <w:t>Лиця в'ялі, бліді, в притомлених очах&lt;br /&gt;</w:t>
        <w:br/>
        <w:t>Розстелилася пропасть спокою.&lt;br /&gt;</w:t>
        <w:br/>
        <w:t>Завтра голод в тюрмі! Хоч прийдеться сконать,&lt;br /&gt;</w:t>
        <w:br/>
        <w:t>Не приймати поживи й на ліки.&lt;br /&gt;</w:t>
        <w:br/>
        <w:t>Велич лютих терпінь мусить ката зламать!&lt;br /&gt;</w:t>
        <w:br/>
        <w:t>А як ні — не терпіти ж навіки…&lt;br /&gt;</w:t>
        <w:br/>
        <w:t>Ви хотіли б спинить наш нестримний поход&lt;br /&gt;</w:t>
        <w:br/>
        <w:t>Злобним криком, брехнею й тюрмою,&lt;br /&gt;</w:t>
        <w:br/>
        <w:t>Вам байдуже, що ми можем рушить народ&lt;br /&gt;</w:t>
        <w:br/>
        <w:t>І позвати мільйони до бою.&lt;br /&gt;</w:t>
        <w:br/>
        <w:t>Розношуйтесь жалем наших бідних батьків,&lt;br /&gt;</w:t>
        <w:br/>
        <w:t>Шо по селах банують за нами,&lt;br /&gt;</w:t>
        <w:br/>
        <w:t>Бережіться лишень, щоб народ не схотів&lt;br /&gt;</w:t>
        <w:br/>
        <w:t>Почислиться з своїми катами!..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тюрми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