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пісень про битви</w:t>
      </w:r>
    </w:p>
    <w:p>
      <w:r>
        <w:br/>
        <w:t xml:space="preserve"> Суремлять сурми клич до бою,&lt;br /&gt;</w:t>
        <w:br/>
        <w:t>Вітри розносять їхній дзвін.&lt;br /&gt;</w:t>
        <w:br/>
        <w:t>Той поклик піснею палкою&lt;br /&gt;</w:t>
        <w:br/>
        <w:t>Відлунює з усіх сторін.&lt;br /&gt;</w:t>
        <w:br/>
        <w:t>Про славу-чудо грають сурми,&lt;br /&gt;</w:t>
        <w:br/>
        <w:t>Про щастя рівне для всього&lt;br /&gt;</w:t>
        <w:br/>
        <w:t>Народу… Звуть ламати тюрми,&lt;br /&gt;</w:t>
        <w:br/>
        <w:t>Звуть… ох, багато до чого!..&lt;br /&gt;</w:t>
        <w:br/>
        <w:t>Та дзвонять надаремно труби,&lt;br /&gt;</w:t>
        <w:br/>
        <w:t>Народ обдурений притих.&lt;br /&gt;</w:t>
        <w:br/>
        <w:t>Той спить, а той боїться згуби&lt;br /&gt;</w:t>
        <w:br/>
        <w:t>Розпука й жаль скувала всіх.&lt;br /&gt;</w:t>
        <w:br/>
        <w:t>Лиш кат радіє, він крадеться&lt;br /&gt;</w:t>
        <w:br/>
        <w:t>Шакалом до невинних жертв, —&lt;br /&gt;</w:t>
        <w:br/>
        <w:t>На трупах, наче вовк, сміється,&lt;br /&gt;</w:t>
        <w:br/>
        <w:t>Здається, весь би світ пожер.&lt;br /&gt;</w:t>
        <w:br/>
        <w:t>Дивиться страшно на ту силу,&lt;br /&gt;</w:t>
        <w:br/>
        <w:t>Що гине в путах-ланцюгах.&lt;br /&gt;</w:t>
        <w:br/>
        <w:t>Ах, краще вже лягти в могилу,&lt;br /&gt;</w:t>
        <w:br/>
        <w:t>Ніж знати цього світу жах!&lt;br /&gt;</w:t>
        <w:br/>
        <w:t>І ходиш, наче спопелілий,&lt;br /&gt;</w:t>
        <w:br/>
        <w:t>І крикнути хотів би ти,&lt;br /&gt;</w:t>
        <w:br/>
        <w:t>Та так, щоб світ здригнувся цілий:&lt;br /&gt;</w:t>
        <w:br/>
        <w:t>Де правду, волю де знайти?!&lt;br /&gt;</w:t>
        <w:br/>
        <w:t>А сурми грають клич до бою,&lt;br /&gt;</w:t>
        <w:br/>
        <w:t>Вітри розносять їхній дзвін.&lt;br /&gt;</w:t>
        <w:br/>
        <w:t>Той поклик піснею палкою&lt;br /&gt;</w:t>
        <w:br/>
        <w:t>Відлунює з усіх сторін.</w:t>
      </w:r>
    </w:p>
    <w:p>
      <w:r>
        <w:br/>
        <w:t>З0 березня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пісень про битви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