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книги "Садівник"</w:t>
      </w:r>
    </w:p>
    <w:p>
      <w:r>
        <w:br/>
        <w:t xml:space="preserve"> Рабіндранат Тагор&lt;br /&gt;</w:t>
        <w:br/>
        <w:t>З книги "Садівник"</w:t>
      </w:r>
    </w:p>
    <w:p>
      <w:r>
        <w:br/>
        <w:t>Перекладач: Василь Мисик&lt;br /&gt;</w:t>
        <w:br/>
        <w:t>Джерело: З книги: Захід і Схід: Переклади/ К.:Дніпро,1990</w:t>
      </w:r>
    </w:p>
    <w:p>
      <w:r>
        <w:br/>
        <w:t>* * *</w:t>
      </w:r>
    </w:p>
    <w:p>
      <w:r>
        <w:br/>
        <w:t>Озвися до мене, мій любий! Словами скажи мені, що ти співав!</w:t>
      </w:r>
    </w:p>
    <w:p>
      <w:r>
        <w:br/>
        <w:t>Ніч темна. Зірки загубились у хмарах. Вітер зітхає крізь листя.</w:t>
      </w:r>
    </w:p>
    <w:p>
      <w:r>
        <w:br/>
        <w:t>Я розпущу волосся. Синій плащ мій обгорне мене, як ніч. Я пригорну твою голову собі до лона; і там у солодкій самітності шепотітиму в тебе на серці. Я заплющу очі й прислухаюсь. Я не дивитимусь тобі в обличчя.</w:t>
      </w:r>
    </w:p>
    <w:p>
      <w:r>
        <w:br/>
        <w:t>Коли скінчаться слова твої, ми сидітимемо тихо й безмовно. Тільки дерева шелестітимуть у темряві.</w:t>
      </w:r>
    </w:p>
    <w:p>
      <w:r>
        <w:br/>
        <w:t>Ніч поблідне. День розвидниться. Ми поглянем одне одному в вічі — й розійдемось різно.</w:t>
      </w:r>
    </w:p>
    <w:p>
      <w:r>
        <w:br/>
        <w:t>Озвися до мене, мій любий! Словами скажи мені, що ти співав.</w:t>
      </w:r>
    </w:p>
    <w:p>
      <w:r>
        <w:br/>
        <w:t>* * *</w:t>
      </w:r>
    </w:p>
    <w:p>
      <w:r>
        <w:br/>
        <w:t>Люба, давно-давно колись твій поет спустив велику поему на море своєї душі.</w:t>
      </w:r>
    </w:p>
    <w:p>
      <w:r>
        <w:br/>
        <w:t>Лихо! Ах, я був такий необачний, що вона ударилась тобі в ноги, у їхні дзвенючі кільця, й розбилася вщент.</w:t>
      </w:r>
    </w:p>
    <w:p>
      <w:r>
        <w:br/>
        <w:t>Вона розпалась на клапті пісень і лежала розсипана в тебе в ногах.</w:t>
      </w:r>
    </w:p>
    <w:p>
      <w:r>
        <w:br/>
        <w:t>Весь вантаж моїх повістей про стародавні війни зі сміхом торгали хвилі, і він пройнявся сльозами й пішов на дно.</w:t>
      </w:r>
    </w:p>
    <w:p>
      <w:r>
        <w:br/>
        <w:t>Ти повинна надолужити мені цю втрату, кохана.</w:t>
      </w:r>
    </w:p>
    <w:p>
      <w:r>
        <w:br/>
        <w:t>Коли моє домагання безсмертної слави по смерті розсиплеться прахом, зроби безсмертним мене, поки я живу.</w:t>
      </w:r>
    </w:p>
    <w:p>
      <w:r>
        <w:br/>
        <w:t>I в мене не буде ані жалю за втратою, ані догани тобі.</w:t>
      </w:r>
    </w:p>
    <w:p>
      <w:r>
        <w:br/>
        <w:t>* * *</w:t>
      </w:r>
    </w:p>
    <w:p>
      <w:r>
        <w:br/>
        <w:t>Ти покинула мене й пішла собі.</w:t>
      </w:r>
    </w:p>
    <w:p>
      <w:r>
        <w:br/>
        <w:t>Я думав, що засумую без тебе й поставлю в серці твій одинокий образ, оправлений в золото пісні.</w:t>
      </w:r>
    </w:p>
    <w:p>
      <w:r>
        <w:br/>
        <w:t>Але ж, о моя нещаслива доле, часу так мало.</w:t>
      </w:r>
    </w:p>
    <w:p>
      <w:r>
        <w:br/>
        <w:t>Молодість никне рік у рік; весняні дні мимолітні, гинуть марно тендітні квіти — і мудрий застерігає, що життя — тільки крапля роси на листі лотоса.</w:t>
      </w:r>
    </w:p>
    <w:p>
      <w:r>
        <w:br/>
        <w:t>Чи занедбати це все й дивитися вслід коханій, що одвернулась од мене?</w:t>
      </w:r>
    </w:p>
    <w:p>
      <w:r>
        <w:br/>
        <w:t>Це було б нерозумно й дико, бо часу так мало.</w:t>
      </w:r>
    </w:p>
    <w:p>
      <w:r>
        <w:br/>
        <w:t>Приходьте ж, дощові мої ночі з дріботінням ніг; усміхайся, золота моя осінь; приходь, безтурботний квітню, розсипаючи всюди свої поцілунки.</w:t>
      </w:r>
    </w:p>
    <w:p>
      <w:r>
        <w:br/>
        <w:t>I ти приходь, і ти, і ти теж!</w:t>
      </w:r>
    </w:p>
    <w:p>
      <w:r>
        <w:br/>
        <w:t>Мої любі, ви ж знаєте — всі ми смертні. Чи слід розбивать собі серце заради тієї, що забирає геть своє серце? Адже часу так мало.</w:t>
      </w:r>
    </w:p>
    <w:p>
      <w:r>
        <w:br/>
        <w:t>Так любо сидіти в затишку, мріяти й писати віршем, що ти — цілий світ для мене.</w:t>
      </w:r>
    </w:p>
    <w:p>
      <w:r>
        <w:br/>
        <w:t>Героїчно — віддатися смутку й відмовитись від утіхи.</w:t>
      </w:r>
    </w:p>
    <w:p>
      <w:r>
        <w:br/>
        <w:t>Але свіже личко зазирає до мене крізь двері — і зводить на мене свій погляд.</w:t>
      </w:r>
    </w:p>
    <w:p>
      <w:r>
        <w:br/>
        <w:t>Я мимохіть витираю сльози і змінюю свій мотив.</w:t>
      </w:r>
    </w:p>
    <w:p>
      <w:r>
        <w:br/>
        <w:t>Бо часу так мало.</w:t>
      </w:r>
    </w:p>
    <w:p>
      <w:r>
        <w:br/>
        <w:t>* * *</w:t>
      </w:r>
    </w:p>
    <w:p>
      <w:r>
        <w:br/>
        <w:t>Я полюю на золотого оленя.</w:t>
      </w:r>
    </w:p>
    <w:p>
      <w:r>
        <w:br/>
        <w:t>Смійтеся, друзі, але я в погоні за видінням, що тікає від мене.</w:t>
      </w:r>
    </w:p>
    <w:p>
      <w:r>
        <w:br/>
        <w:t>Я біжу через гори й долини, мандрую крізь безіменні землі, бо полюю на золотого оленя.</w:t>
      </w:r>
    </w:p>
    <w:p>
      <w:r>
        <w:br/>
        <w:t>Ви приходите на торг, купуєте й знову йдете додому, навантажені збіжжям, але чари бездомних вітрів торкнулись мене, я не знаю, коли і де.</w:t>
      </w:r>
    </w:p>
    <w:p>
      <w:r>
        <w:br/>
        <w:t>Ані турботи у мене в серці: все своє я покинув далеко позаду.</w:t>
      </w:r>
    </w:p>
    <w:p>
      <w:r>
        <w:br/>
        <w:t>Я біжу через гори й долини, мандрую крізь безіменні землі, бо полюю на золотого оленя.</w:t>
      </w:r>
    </w:p>
    <w:p>
      <w:r>
        <w:br/>
        <w:t>* * *</w:t>
      </w:r>
    </w:p>
    <w:p>
      <w:r>
        <w:br/>
        <w:t>Безмежне багатство — не твоє воно, моя терпляча й тьмяна матінко-персть!</w:t>
      </w:r>
    </w:p>
    <w:p>
      <w:r>
        <w:br/>
        <w:t>Ти трудишся, щоб наповнити рот своїм дітям, але їжі так мало.</w:t>
      </w:r>
    </w:p>
    <w:p>
      <w:r>
        <w:br/>
        <w:t>Втіха, що ти даруєш нам, ніколи не буває повна.</w:t>
      </w:r>
    </w:p>
    <w:p>
      <w:r>
        <w:br/>
        <w:t>Іграшки, що ти робиш для своїх дітей, розбиваються.</w:t>
      </w:r>
    </w:p>
    <w:p>
      <w:r>
        <w:br/>
        <w:t>Ти не спроможна здійснити всі наші голодні надії, але невже я покину тебе за це?</w:t>
      </w:r>
    </w:p>
    <w:p>
      <w:r>
        <w:br/>
        <w:t>Твоя усмішка, затінена болем, люба моїм очам.</w:t>
      </w:r>
    </w:p>
    <w:p>
      <w:r>
        <w:br/>
        <w:t>Твоє кохання, що не знає задоволення, дороге моєму серцю.</w:t>
      </w:r>
    </w:p>
    <w:p>
      <w:r>
        <w:br/>
        <w:t>З персів твоїх ми напилися життя, але не безсмертя, тим-то й очі в тебе завжди безсонні.</w:t>
      </w:r>
    </w:p>
    <w:p>
      <w:r>
        <w:br/>
        <w:t>Віками ти працювала барвою й піснею, але не збудувала собі неба — тільки тьмяний натяк на нього.</w:t>
      </w:r>
    </w:p>
    <w:p>
      <w:r>
        <w:br/>
        <w:t>Твої прекрасні утвори оповиває серпанок сліз.</w:t>
      </w:r>
    </w:p>
    <w:p>
      <w:r>
        <w:br/>
        <w:t>Я ввіллю пісні свої у твоє німе серце, а мою любов — у твою .</w:t>
      </w:r>
    </w:p>
    <w:p>
      <w:r>
        <w:br/>
        <w:t>Я поклянусь тобі працею.</w:t>
      </w:r>
    </w:p>
    <w:p>
      <w:r>
        <w:br/>
        <w:t>Я бачив твій лагідний вид — і люблю твою траурну персть, Земле-Мати.</w:t>
      </w:r>
    </w:p>
    <w:p>
      <w:r>
        <w:br/>
        <w:t>* * *</w:t>
      </w:r>
    </w:p>
    <w:p>
      <w:r>
        <w:br/>
        <w:t>Хто ти, читальнику, що за сто літ від сьогодні читаєш вірші мої?</w:t>
      </w:r>
    </w:p>
    <w:p>
      <w:r>
        <w:br/>
        <w:t>Я не можу послати тобі жодної квітки з цього весняного багатства, жодної стрічки золота з отих он хмарин.</w:t>
      </w:r>
    </w:p>
    <w:p>
      <w:r>
        <w:br/>
        <w:t>Відчини свої двері й подивись навколо.</w:t>
      </w:r>
    </w:p>
    <w:p>
      <w:r>
        <w:br/>
        <w:t>Зі свого квітучого саду назбирай запахущих споминів про квіти, що зникли століття тому.</w:t>
      </w:r>
    </w:p>
    <w:p>
      <w:r>
        <w:br/>
        <w:t>В радості серця твого хай тобі вчується радість, що жила й співала одного весняного ранку, посилаючи веселий свій голос на століття вперед.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книги "Садівник"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