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елегій</w:t>
      </w:r>
    </w:p>
    <w:p>
      <w:r>
        <w:br/>
        <w:t xml:space="preserve"> І</w:t>
      </w:r>
    </w:p>
    <w:p>
      <w:r>
        <w:br/>
        <w:t>Процвітала рожа&lt;br /&gt;</w:t>
        <w:br/>
        <w:t>Супроти вікна,&lt;br /&gt;</w:t>
        <w:br/>
        <w:t>Запашна та гожа,&lt;br /&gt;</w:t>
        <w:br/>
        <w:t>Пишна та рясна!</w:t>
      </w:r>
    </w:p>
    <w:p>
      <w:r>
        <w:br/>
        <w:t>Але ось ударив&lt;br /&gt;</w:t>
        <w:br/>
        <w:t>Лютий студенець,&lt;br /&gt;</w:t>
        <w:br/>
        <w:t>Листячко ошпарив,&lt;br /&gt;</w:t>
        <w:br/>
        <w:t>Погубив вкінець.</w:t>
      </w:r>
    </w:p>
    <w:p>
      <w:r>
        <w:br/>
        <w:t>Так тьма непроглядна&lt;br /&gt;</w:t>
        <w:br/>
        <w:t>Забива стежки,&lt;br /&gt;</w:t>
        <w:br/>
        <w:t>Північ безвідрадна&lt;br /&gt;</w:t>
        <w:br/>
        <w:t>Мотлошить думки!</w:t>
      </w:r>
    </w:p>
    <w:p>
      <w:r>
        <w:br/>
        <w:t>II</w:t>
      </w:r>
    </w:p>
    <w:p>
      <w:r>
        <w:br/>
        <w:t>Я не промовлю, збувшись волі:&lt;br /&gt;</w:t>
        <w:br/>
        <w:t>Коли б знаття!..&lt;br /&gt;</w:t>
        <w:br/>
        <w:t>Бо добре знав, якої долі&lt;br /&gt;</w:t>
        <w:br/>
        <w:t>Ждать від життя.</w:t>
      </w:r>
    </w:p>
    <w:p>
      <w:r>
        <w:br/>
        <w:t>Давно вбачав, що муки люті —&lt;br /&gt;</w:t>
        <w:br/>
        <w:t>То жереб мій;&lt;br /&gt;</w:t>
        <w:br/>
        <w:t>Що вік мине в пекучій скруті,&lt;br /&gt;</w:t>
        <w:br/>
        <w:t>В нудьзі німій.</w:t>
      </w:r>
    </w:p>
    <w:p>
      <w:r>
        <w:br/>
        <w:t>Та не візьму я благ покою&lt;br /&gt;</w:t>
        <w:br/>
        <w:t>За муки ті,&lt;br /&gt;</w:t>
        <w:br/>
        <w:t>Спітканий долею тяжкою&lt;br /&gt;</w:t>
        <w:br/>
        <w:t>Узаперті.</w:t>
      </w:r>
    </w:p>
    <w:p>
      <w:r>
        <w:br/>
        <w:t>Бувають дні, як саме нині,&lt;br /&gt;</w:t>
        <w:br/>
        <w:t>Що кращ страждать,&lt;br /&gt;</w:t>
        <w:br/>
        <w:t>Аніж розкош живій трунині&lt;br /&gt;</w:t>
        <w:br/>
        <w:t>Себе віддать!</w:t>
      </w:r>
    </w:p>
    <w:p>
      <w:r>
        <w:br/>
        <w:t>ІІІ</w:t>
      </w:r>
    </w:p>
    <w:p>
      <w:r>
        <w:br/>
        <w:t>Я стояв край вікна та дивився надвір:&lt;br /&gt;</w:t>
        <w:br/>
        <w:t>Насувала кругом завірюха;&lt;br /&gt;</w:t>
        <w:br/>
        <w:t>Зворушилась тайга і завила, мов звір,&lt;br /&gt;</w:t>
        <w:br/>
        <w:t>Дикий завід доносився уха.</w:t>
      </w:r>
    </w:p>
    <w:p>
      <w:r>
        <w:br/>
        <w:t>І почувся мені в завиванні тому&lt;br /&gt;</w:t>
        <w:br/>
        <w:t>Звук кайданів, проклять та погрози,&lt;br /&gt;</w:t>
        <w:br/>
        <w:t>Страшний свист батогів, окривавший тюрму,&lt;br /&gt;</w:t>
        <w:br/>
        <w:t>І зітхання, і стогін, і сльози.</w:t>
      </w:r>
    </w:p>
    <w:p>
      <w:r>
        <w:br/>
        <w:t>А із пекла того один образ сумний,&lt;br /&gt;</w:t>
        <w:br/>
        <w:t>Милий образ святої людини,&lt;br /&gt;</w:t>
        <w:br/>
        <w:t>У крові, подавав: "Час минеться страмний!&lt;br /&gt;</w:t>
        <w:br/>
        <w:t>Жди нехибно ясної години!"</w:t>
      </w:r>
    </w:p>
    <w:p>
      <w:r>
        <w:br/>
        <w:t>IV</w:t>
      </w:r>
    </w:p>
    <w:p>
      <w:r>
        <w:br/>
        <w:t>Прокидалось усе та цвіло навкруги;&lt;br /&gt;</w:t>
        <w:br/>
        <w:t>Синій пролісок вився з-під снігу;&lt;br /&gt;</w:t>
        <w:br/>
        <w:t>Розлилася вода, пойняла береги,&lt;br /&gt;</w:t>
        <w:br/>
        <w:t>З гуком шумним проносило кригу.</w:t>
      </w:r>
    </w:p>
    <w:p>
      <w:r>
        <w:br/>
        <w:t>Із далеких країн повернулись пташки,&lt;br /&gt;</w:t>
        <w:br/>
        <w:t>Задзвеніли в пахучому гаю;&lt;br /&gt;</w:t>
        <w:br/>
        <w:t>Скоро в зелень рясну уберуться садки,-&lt;br /&gt;</w:t>
        <w:br/>
        <w:t>Не пізнати розкішного краю.</w:t>
      </w:r>
    </w:p>
    <w:p>
      <w:r>
        <w:br/>
        <w:t>Тільки серце моє крила туга німа,&lt;br /&gt;</w:t>
        <w:br/>
        <w:t>Не втішала квітуча природа;&lt;br /&gt;</w:t>
        <w:br/>
        <w:t>Тільки в серці, як перш, панувала зима,&lt;br /&gt;</w:t>
        <w:br/>
        <w:t>Не проходила хмура негода.</w:t>
      </w:r>
    </w:p>
    <w:p>
      <w:r>
        <w:br/>
        <w:t>Нерозважна журба по утраті весни&lt;br /&gt;</w:t>
        <w:br/>
        <w:t>Ясно глянуть мені не давала...&lt;br /&gt;</w:t>
        <w:br/>
        <w:t>А з північних снігів, з гуртової труни&lt;br /&gt;</w:t>
        <w:br/>
        <w:t>Закатована тінь уставала.</w:t>
      </w:r>
    </w:p>
    <w:p>
      <w:r>
        <w:br/>
        <w:t>V</w:t>
      </w:r>
    </w:p>
    <w:p>
      <w:r>
        <w:br/>
        <w:t>Життя стає щодалі гірше&lt;br /&gt;</w:t>
        <w:br/>
        <w:t>В тяжких кайданах чужини;&lt;br /&gt;</w:t>
        <w:br/>
        <w:t>Мені не бачити вас більше,&lt;br /&gt;</w:t>
        <w:br/>
        <w:t>Украйни милої лани!</w:t>
      </w:r>
    </w:p>
    <w:p>
      <w:r>
        <w:br/>
        <w:t>Не подихнуть повітрям рідним,&lt;br /&gt;</w:t>
        <w:br/>
        <w:t>Докупи з людом не брести,&lt;br /&gt;</w:t>
        <w:br/>
        <w:t>Не поділити з краєм бідним&lt;br /&gt;</w:t>
        <w:br/>
        <w:t>Змагань до певної мети.</w:t>
      </w:r>
    </w:p>
    <w:p>
      <w:r>
        <w:br/>
        <w:t>Не працювать під спільним стягом&lt;br /&gt;</w:t>
        <w:br/>
        <w:t>Там на братерньому шляху...&lt;br /&gt;</w:t>
        <w:br/>
        <w:t>Моїх вражінь справжнім обсягом&lt;br /&gt;</w:t>
        <w:br/>
        <w:t>Тайгу призначено глуху!</w:t>
      </w:r>
    </w:p>
    <w:p>
      <w:r>
        <w:br/>
        <w:t>VI</w:t>
      </w:r>
    </w:p>
    <w:p>
      <w:r>
        <w:br/>
        <w:t>Скрізь повіяло весною,&lt;br /&gt;</w:t>
        <w:br/>
        <w:t>Все новим життям цвіте...&lt;br /&gt;</w:t>
        <w:br/>
        <w:t>Що ж я долею земною&lt;br /&gt;</w:t>
        <w:br/>
        <w:t>Не вдоволений, проте?</w:t>
      </w:r>
    </w:p>
    <w:p>
      <w:r>
        <w:br/>
        <w:t>Бо вбачаю я докупи&lt;br /&gt;</w:t>
        <w:br/>
        <w:t>Слід мертвоти навкруги:&lt;br /&gt;</w:t>
        <w:br/>
        <w:t>Між живучим людом — трупи,&lt;br /&gt;</w:t>
        <w:br/>
        <w:t>Між друзями — вороги.</w:t>
      </w:r>
    </w:p>
    <w:p>
      <w:r>
        <w:br/>
        <w:t>Цвіту моренько пахуче&lt;br /&gt;</w:t>
        <w:br/>
        <w:t>Відусюди обійма;&lt;br /&gt;</w:t>
        <w:br/>
        <w:t>Але горе невсипуче,&lt;br /&gt;</w:t>
        <w:br/>
        <w:t>Як і перш, не йде з ума.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елегій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