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дитячих вражень</w:t>
      </w:r>
    </w:p>
    <w:p>
      <w:r>
        <w:br/>
        <w:t xml:space="preserve"> &lt;p&gt;Іще тоді, коли не було мені й п'яти років, я добре вже знав, хто такий я. Бувало, здибає мене на вулиці хто-небудь з великих, присяде передо мною, візьме за обидві руці й спитає.</w:t>
      </w:r>
    </w:p>
    <w:p>
      <w:r>
        <w:br/>
        <w:t>— А ну — скажи, хто ти такий?</w:t>
      </w:r>
    </w:p>
    <w:p>
      <w:r>
        <w:br/>
        <w:t>Я зразу вирівнювався, як москаль, та так і чесав:</w:t>
      </w:r>
    </w:p>
    <w:p>
      <w:r>
        <w:br/>
        <w:t>— Козак містечка Ічні, Панас Йосипович Кірилець!</w:t>
      </w:r>
    </w:p>
    <w:p>
      <w:r>
        <w:br/>
        <w:t>Тоді здавалось мені, що такими довгими словами сказав я про себе геть чисто все, і вже нема чого прибавляти більше. Одначе скоро виявилось, що я не все ще про себе знаю.</w:t>
      </w:r>
    </w:p>
    <w:p>
      <w:r>
        <w:br/>
        <w:t>Був у мене о тій порі недалекий мій сусіда й немалий приятель Сашко. Його батьки мали в себе велику крамницю, одягалися по панському й їли булки, як я довідався, не тільки на Великдень або в велике свято, а кожний день.</w:t>
      </w:r>
    </w:p>
    <w:p>
      <w:r>
        <w:br/>
        <w:t>Сашка зодягали теж не так, як мене: у нього були бархатинні штанці, або червона або блакитна сорочка, блискучі чобітки на ногах, а на голові червона з китицею шапочка; я ж ходив так, як і всі наші куткові хлопці.</w:t>
      </w:r>
    </w:p>
    <w:p>
      <w:r>
        <w:br/>
        <w:t>Ех, цяцьки у нього ловкі були! Тільки не вмів він гратися з ними. Ну, а я вже було дам їм ради! Через те, мабуть, ми й товаришували з ним.</w:t>
      </w:r>
    </w:p>
    <w:p>
      <w:r>
        <w:br/>
        <w:t>Проте не так то вже й зручно було мені з ним гратися: ні побігати з ним, ні поборотися, ні погратися до ладу. Ходили біля нього обережненько, мов біля скляного. Але хіба ж то можна в добрій гульні без того, щоб коли не штовхнути, або не повалити на землю? Ну, а тоді — біда! Сашко зразу одставить руки та так і зайдеться криком. Приходилось тоді тікати та переховуватися по гарбузиннях та бур'янах, бо додому, було, хоч не йди. Перепадало мені дома не раз за того Сашка. Був і до столу прив'язаний, і в комору запіраний — усього бувало.</w:t>
      </w:r>
    </w:p>
    <w:p>
      <w:r>
        <w:br/>
        <w:t>Але після того ми хутко мирилися. Зійдемося, бувало, біля їх воріт, станемо щільно один проти одного, стукнемося по стародавньому нашому вулишньому звичаю лобами — і кінець ворогуванню: і знов граємося та пустуєм, немов нічого й не було між нами.</w:t>
      </w:r>
    </w:p>
    <w:p>
      <w:r>
        <w:br/>
        <w:t>Раз, на другий день після того, як я йому ненарошне спустив з носа кров, а дома мене батько одпарив халявою, побачив ранком Сашка в їхньому садочку й побіг до нього. Сашко їздив по доріжках, між квітками на якомусь дивному возикові, що мав троє коліщат, котрі сами собою котилися.</w:t>
      </w:r>
    </w:p>
    <w:p>
      <w:r>
        <w:br/>
        <w:t>— Сашко! — кричу я до нього, счепившись на паркан,— іди будемо миритися!</w:t>
      </w:r>
    </w:p>
    <w:p>
      <w:r>
        <w:br/>
        <w:t>Але щось, побачивши мене, не кинув гратися мій Сашко, і завищавши з радости, не побіг мені на зустріч, як бувало перше, а таки зовсім непривітно промовив:</w:t>
      </w:r>
    </w:p>
    <w:p>
      <w:r>
        <w:br/>
        <w:t>— Пошел вон и не приходи к нам больше! Видишь, что купил мне папаша?... Это за то, чтобы я не играл с тобою. А ты мазепа!</w:t>
      </w:r>
    </w:p>
    <w:p>
      <w:r>
        <w:br/>
        <w:t>Такого слова не чув я ні разу. Одначе виду про сеє не показую, а спокійно одмовляю:</w:t>
      </w:r>
    </w:p>
    <w:p>
      <w:r>
        <w:br/>
        <w:t>— То може ти сам мазепа.</w:t>
      </w:r>
    </w:p>
    <w:p>
      <w:r>
        <w:br/>
        <w:t>— Нет, ты мазепа! — завіряє мене Сашко,— ты и говоришь так, как мазепа.</w:t>
      </w:r>
    </w:p>
    <w:p>
      <w:r>
        <w:br/>
        <w:t>Цими словами зразу посадив мене Сашко. Бачу — не так я говорю, як він. Правди ніде дівати, то, значить, і змагатись нема чего. Та не хочеться ж мені лишитися в дурнях, і я думаю собі, як би йому оддячити.</w:t>
      </w:r>
    </w:p>
    <w:p>
      <w:r>
        <w:br/>
        <w:t>Пригадавши, чим більше всього дражнять його хлопці, я сказав:</w:t>
      </w:r>
    </w:p>
    <w:p>
      <w:r>
        <w:br/>
        <w:t>— А ти до чотирьох годів цицьку у матері ссав.</w:t>
      </w:r>
    </w:p>
    <w:p>
      <w:r>
        <w:br/>
        <w:t>Дуже не любив цього Сашко, зразу скривився, та в сльози. Я миттю з паркана і — хода.</w:t>
      </w:r>
    </w:p>
    <w:p>
      <w:r>
        <w:br/>
        <w:t>Лежачи під грушею в себе дома, я довго думав про те, що казав мені Сашко. Намагався уявити собі як-небудь мазепу, але нічого не виходило. Потім я замарився про Сашків возик. Дуже він мені вподобався.</w:t>
      </w:r>
    </w:p>
    <w:p>
      <w:r>
        <w:br/>
        <w:t>"Добре б було,— думаю собі,— коли б Сашко виїхав на ньому на вулицю, а потім пішов у хату, а возик забув. Я я б зразу на возика й подався по вулиці!... Ото б дива було на кутку!"</w:t>
      </w:r>
    </w:p>
    <w:p>
      <w:r>
        <w:br/>
        <w:t>Далі я схопився й побіг розшукувати по вулицях своїх хлопців, щоб розказати їм новину.</w:t>
      </w:r>
    </w:p>
    <w:p>
      <w:r>
        <w:br/>
        <w:t>Гуляючи з хлопцями, я разів спільна викрикував на кого-небудь з них:</w:t>
      </w:r>
    </w:p>
    <w:p>
      <w:r>
        <w:br/>
        <w:t>— Ех ти, мазепа!</w:t>
      </w:r>
    </w:p>
    <w:p>
      <w:r>
        <w:br/>
        <w:t>З хлопцями я так загулявся, що забув і про обід.</w:t>
      </w:r>
    </w:p>
    <w:p>
      <w:r>
        <w:br/>
        <w:t>Коли вже звечоріло, пригадав я, що треба мені йти додому. Тільки згадав я про цеє — стало мені скучно. Бо треба ж було мені ставати ще на суд перед батьком — чому очей увесь день не показував додому.</w:t>
      </w:r>
    </w:p>
    <w:p>
      <w:r>
        <w:br/>
        <w:t>Тягнуся помалу по-за тинами до своєї хати, хоч нема й малої охоти у мене йти туди. Бачу — сидять мій тато з мамою на призьбі, щось розмовляють собі. Визираю я з-за хати, а виходити боюсь.</w:t>
      </w:r>
    </w:p>
    <w:p>
      <w:r>
        <w:br/>
        <w:t>— А ось і наш волоцюга притягся! — каже мати, побачивши мене.</w:t>
      </w:r>
    </w:p>
    <w:p>
      <w:r>
        <w:br/>
        <w:t>— І де ти, шибенику, лазиш цілесенький день! — каже до мене батько.— А ну виходь сюди, а ну виходь!</w:t>
      </w:r>
    </w:p>
    <w:p>
      <w:r>
        <w:br/>
        <w:t>Я по голосу догадуюсь, що батько не сердитий, і все мені дурницею минеться. Мені зразу стало весело. Я зразу вибіг із-за хати, колесом пішов по траві, потім поскакав на чотирьох. Попав хворостину й став ганяти хрущів біля хати. Потім я помітив, що коли я біжу — у небі зірка теж біжить зо мною. Я спиняюсь — і зірка стоїть. Мені цікаво і смішно. Я хочу одурити зірку: тихенько, як тінь, крадуся з одного місця на друге й дивлюся разом на зірку — зірка і собі посувається. Я полечу так, що аж повітря горить, потім зразу стаю, мов укопаний,— зірка біжить передо мною і стане як-раз тоді, коли й я.</w:t>
      </w:r>
    </w:p>
    <w:p>
      <w:r>
        <w:br/>
        <w:t>Далі зразу почув я, що у мене так болять ноги, що не тільки бігати, а мабуть до призьби вже не дійду я. Через велику силу приволікся я до матері, сів біля неї й головою тихо схилився їй на коліна. Зразу став почувати, що в ногах щось гуде — мов рій комарів, а на очі мов хтось нарошне натягує вії. Потім стало ввижатися все, що бачив я вдень, і найясніш усього виплив Сашко на своєму дивному возикові.</w:t>
      </w:r>
    </w:p>
    <w:p>
      <w:r>
        <w:br/>
        <w:t>— Тату! — зразу піднявши голову, питаю я батька,— що то таке— мазепа?</w:t>
      </w:r>
    </w:p>
    <w:p>
      <w:r>
        <w:br/>
        <w:t>— Що кажеш? — питає, дивуючись, батько.</w:t>
      </w:r>
    </w:p>
    <w:p>
      <w:r>
        <w:br/>
        <w:t>— Яка то є — мазепа? — питаю я знову.</w:t>
      </w:r>
    </w:p>
    <w:p>
      <w:r>
        <w:br/>
        <w:t>— Яка мазепа? — осміхається батько,— отака ж і є мазепа, як оце ти.</w:t>
      </w:r>
    </w:p>
    <w:p>
      <w:r>
        <w:br/>
        <w:t>— Яка ж я мазепа?.. я — хлопець Панас! — не згоджуюсь я.</w:t>
      </w:r>
    </w:p>
    <w:p>
      <w:r>
        <w:br/>
        <w:t>— Ти хлопець Панас, та ще мазепа,— одмовляє батько.</w:t>
      </w:r>
    </w:p>
    <w:p>
      <w:r>
        <w:br/>
        <w:t>"Значить, так! — думаю собі — не збрехав Сашко".</w:t>
      </w:r>
    </w:p>
    <w:p>
      <w:r>
        <w:br/>
        <w:t>— Чого ж я, тату, мазепа? — допитуюсь я.</w:t>
      </w:r>
    </w:p>
    <w:p>
      <w:r>
        <w:br/>
        <w:t>— Того, що мазепа! — коротко одмовляє батько.</w:t>
      </w:r>
    </w:p>
    <w:p>
      <w:r>
        <w:br/>
        <w:t>— Того, що я не вмію говорити так, як Сашко? — помагаю я батькові.</w:t>
      </w:r>
    </w:p>
    <w:p>
      <w:r>
        <w:br/>
        <w:t>— Того ж самого,— згоджується він.</w:t>
      </w:r>
    </w:p>
    <w:p>
      <w:r>
        <w:br/>
        <w:t>— А ви тату, вмієте говорити так, як Сашко — ви не мазепа?</w:t>
      </w:r>
    </w:p>
    <w:p>
      <w:r>
        <w:br/>
        <w:t>Мати злегенька бринькнула мене по губах рукою:</w:t>
      </w:r>
    </w:p>
    <w:p>
      <w:r>
        <w:br/>
        <w:t>— А хіба ж так можна, лобуряко ти, казати на тата! — промовила вона.</w:t>
      </w:r>
    </w:p>
    <w:p>
      <w:r>
        <w:br/>
        <w:t>"Хто ж його знав,— собі на думці,— що мазепа буває тільки маленька", і вже став одхиляти найдалі голову, дожидаючи, що батькова рука зараз упіймає мене за вухо. Але батько мій зітхнув і тихо промовив:</w:t>
      </w:r>
    </w:p>
    <w:p>
      <w:r>
        <w:br/>
        <w:t>— І я, сину, мазепа.</w:t>
      </w:r>
    </w:p>
    <w:p>
      <w:r>
        <w:br/>
        <w:t>"Еге,— думаю собі,— то це значить не велика ще біда, коли не тільки я, а й тато мій мазепа".</w:t>
      </w:r>
    </w:p>
    <w:p>
      <w:r>
        <w:br/>
        <w:t>Розговорившись далі, я довідався, що не тільки що я та батько, а й усі наші хатні, всі родичі, сусіди — всі мазепи.</w:t>
      </w:r>
    </w:p>
    <w:p>
      <w:r>
        <w:br/>
        <w:t>Потім я сам собі загадався. Пригадую всіх людей, яких тільки бачив коли, та й міркую собі — хто з них буде мазепа, а хто ні.</w:t>
      </w:r>
    </w:p>
    <w:p>
      <w:r>
        <w:br/>
        <w:t>— Тату! — знову звернувсь я до батька,— а Сруль Савчин?</w:t>
      </w:r>
    </w:p>
    <w:p>
      <w:r>
        <w:br/>
        <w:t>— Що таке — Сруль Савчин? — питає мене батько.</w:t>
      </w:r>
    </w:p>
    <w:p>
      <w:r>
        <w:br/>
        <w:t>— Сруль — мазепа чи ні?</w:t>
      </w:r>
    </w:p>
    <w:p>
      <w:r>
        <w:br/>
        <w:t>— Сруль — жидиня,— одмовляє батько і знов починає говорити щось до матері.</w:t>
      </w:r>
    </w:p>
    <w:p>
      <w:r>
        <w:br/>
        <w:t>— А чого ж він — жидиня? Кажіть! — пристаю я до батька.</w:t>
      </w:r>
    </w:p>
    <w:p>
      <w:r>
        <w:br/>
        <w:t>Батько сказав мені, щоб я одв'язався од його душі, а то одлатає. Я тоді зітхнув і замовк. Скоро в моїх очах од зірок затремтіли довгі срібні голки. Потім зірки стали чи танцювати, чи гратися в хрещика. А далі все забув.</w:t>
      </w:r>
    </w:p>
    <w:p>
      <w:r>
        <w:br/>
        <w:t>Прокинувся вже я ранком на полу, в хаті, і зразу став думати, що мені треба щось пригадати.</w:t>
      </w:r>
    </w:p>
    <w:p>
      <w:r>
        <w:br/>
        <w:t>"Ага! — здумав я, мазепа"! — й усміхнувся.</w:t>
      </w:r>
    </w:p>
    <w:p>
      <w:r>
        <w:br/>
        <w:t>Після того не раз приходилося мені чути теє слово, та вже ніхто не заганяв ним мене на слизьке, як було то перший раз.</w:t>
      </w:r>
    </w:p>
    <w:p>
      <w:r>
        <w:br/>
        <w:t>Пригадую, колись ходив я по хаті за матір'ю, і, чіпляючись за спідницю, канючив хліба.</w:t>
      </w:r>
    </w:p>
    <w:p>
      <w:r>
        <w:br/>
        <w:t>Стояв на той час у нас на кватирі щетинник, дід Калиньоник, той самий, що завжди намірявся одрізати мої вуха або забрати мене в торбу й занести до руських.</w:t>
      </w:r>
    </w:p>
    <w:p>
      <w:r>
        <w:br/>
        <w:t>Він саме тоді сидів на лавці, розбирав свою щетину й, одставляюючи губи, передражнював мене:</w:t>
      </w:r>
    </w:p>
    <w:p>
      <w:r>
        <w:br/>
        <w:t>— Ма-мо, дайтэ хлы-ба!... Эх ты, мазепа!</w:t>
      </w:r>
    </w:p>
    <w:p>
      <w:r>
        <w:br/>
        <w:t>— А ви — кацап! — огризнувся я.</w:t>
      </w:r>
    </w:p>
    <w:p>
      <w:r>
        <w:br/>
        <w:t>Любив я дуже ті дні, коли дома у нас збиралися гості. Бувало це більше в яке-небудь свято, а іноді — хоч, правда, дуже рідко — і в будні. До душі були мені ті дні через те, що мій батько, такий невеселий та смутний у робочі дні, випивши з родиною скілька чарок горілки, робився говіркий, веселий та співучий.</w:t>
      </w:r>
    </w:p>
    <w:p>
      <w:r>
        <w:br/>
        <w:t>Під такий час і мені частіш приходилось побачити батькову ласку до себе. Погладить, бувало, мене по голові свою мозолястою рукою та й похвалить перед людьми.</w:t>
      </w:r>
    </w:p>
    <w:p>
      <w:r>
        <w:br/>
        <w:t>— Це,— каже,— буде в мене міністр.</w:t>
      </w:r>
    </w:p>
    <w:p>
      <w:r>
        <w:br/>
        <w:t>"Міністр, то й міністр,— думав я в такі хвилини,— сами, тату, знаєте, та на що ж ото ви йому печете іноді таких гарячих лящів!"...</w:t>
      </w:r>
    </w:p>
    <w:p>
      <w:r>
        <w:br/>
        <w:t>Потім ставало мені радісно, і про лящі я хутко забував. "Знать так уже на світі ведеться,— думав я,— що й міністрам, коли вони ще малі, приходиться під гарячу руч покоштувати і лящів, і буханців, і товчеників, і всяких інших ласощів".</w:t>
      </w:r>
    </w:p>
    <w:p>
      <w:r>
        <w:br/>
        <w:t>І все ж мій батько здавався мені найкращим між чужими батьками. Найбільше ж цікавила мене та година, коли гості, розгулявшись, споминали всякі старосвітські події та співали свої пісні.</w:t>
      </w:r>
    </w:p>
    <w:p>
      <w:r>
        <w:br/>
        <w:t>Ніколи нічого не слухав я з такою охотою, як ті старовинні пісні-оповідання, що все в них таке цікаве, жалібне, або веселе, що так ловко виведено в них і початок і край. Сидиш, бувало, де-небудь у запічку,— про тебе всі й забули,— а ти зориш за всіма, кожне слово ловиш, і серце в тебе б'ється, і лице палахкотить.</w:t>
      </w:r>
    </w:p>
    <w:p>
      <w:r>
        <w:br/>
        <w:t>Пісні співали у нас, як завжди вони в поважній бесіді співаються: спершу гості трохи проспівають, а потім хто-небудь почне розповідати про те, що співалося; потім знов співають далі. Доволі, бувало, прослухати пісню один раз, і вже вона вся од краю й до краю стояла в голові, як видрукувана на папері.</w:t>
      </w:r>
    </w:p>
    <w:p>
      <w:r>
        <w:br/>
        <w:t>Хоч не дуже великий я був тоді, а знав уже багато пісень і на голос, і на слова.</w:t>
      </w:r>
    </w:p>
    <w:p>
      <w:r>
        <w:br/>
        <w:t>Знав і "Лимерівну", і "Недоростка", і "Чумака", і "Чайки" і багато інших.</w:t>
      </w:r>
    </w:p>
    <w:p>
      <w:r>
        <w:br/>
        <w:t>Часом і сам помагав гостям співати разом з бабами та молодицями.</w:t>
      </w:r>
    </w:p>
    <w:p>
      <w:r>
        <w:br/>
        <w:t>На довго остався у мене в пам'ятку один з таких днів, у котрий я дізнався багато такого, про що я іще ніколи не чув. Був тоді я вже школярем.</w:t>
      </w:r>
    </w:p>
    <w:p>
      <w:r>
        <w:br/>
        <w:t>Раз прихожу я з школи додому, а у нас — гості. По голосному гомону й по веселих очах гостей бачу, що вони у нас давненько і, мабуть, чимало вже випили.</w:t>
      </w:r>
    </w:p>
    <w:p>
      <w:r>
        <w:br/>
        <w:t>Кинувши хустку з книжками кудись у куток, я тихенько став прохати у матері обідати.</w:t>
      </w:r>
    </w:p>
    <w:p>
      <w:r>
        <w:br/>
        <w:t>Сипле мені мати обідати, гладить по голівці, а очі в неї сяють і сама усміхається.</w:t>
      </w:r>
    </w:p>
    <w:p>
      <w:r>
        <w:br/>
        <w:t>"Яка в мене ловка мати, коли весела",— подумав я.</w:t>
      </w:r>
    </w:p>
    <w:p>
      <w:r>
        <w:br/>
        <w:t>Обідаю собі десь у куточку, прислухаюсь, назираю за гостями.</w:t>
      </w:r>
    </w:p>
    <w:p>
      <w:r>
        <w:br/>
        <w:t>Дуже смішить мене наш дядько Микита. Знаю я добре, що плохішого чоловіка вже немає, мабуть, і на світі, і випив він, знать, не більше, як три-чотири чарки, а розходився чогось так, що й не вдержать його: б'є себе кулаком у груди, трясе чубом, кричить:</w:t>
      </w:r>
    </w:p>
    <w:p>
      <w:r>
        <w:br/>
        <w:t>— Я — козак! козак!... Де моя шапка, я зараз піду в козаки!</w:t>
      </w:r>
    </w:p>
    <w:p>
      <w:r>
        <w:br/>
        <w:t>Його умовляють:</w:t>
      </w:r>
    </w:p>
    <w:p>
      <w:r>
        <w:br/>
        <w:t>— І де там тепер тії козаки?... Були колись козаки, тепер немає.</w:t>
      </w:r>
    </w:p>
    <w:p>
      <w:r>
        <w:br/>
        <w:t>— Єсть! — кричить дядько,— їй Богу єсть!</w:t>
      </w:r>
    </w:p>
    <w:p>
      <w:r>
        <w:br/>
        <w:t>— Та де ж вони? — питають його.</w:t>
      </w:r>
    </w:p>
    <w:p>
      <w:r>
        <w:br/>
        <w:t>— Десь єсть! — одмовляє.</w:t>
      </w:r>
    </w:p>
    <w:p>
      <w:r>
        <w:br/>
        <w:t>Насилу його вгамували.</w:t>
      </w:r>
    </w:p>
    <w:p>
      <w:r>
        <w:br/>
        <w:t>Тим часом я вже пообідав. Батько побачив мене й покликав:</w:t>
      </w:r>
    </w:p>
    <w:p>
      <w:r>
        <w:br/>
        <w:t>— А йди сюди, Панасе,— співати будем.</w:t>
      </w:r>
    </w:p>
    <w:p>
      <w:r>
        <w:br/>
        <w:t>— Це ж півчак у мене! — похвалився він мною перед гостями.</w:t>
      </w:r>
    </w:p>
    <w:p>
      <w:r>
        <w:br/>
        <w:t>Ну, а я тому й радий: зразу пурхнув попід столом і опинився на лаві, поруч з молоденькою моєю тіткою; з нею ми вже давно зладились співати.</w:t>
      </w:r>
    </w:p>
    <w:p>
      <w:r>
        <w:br/>
        <w:t>Тітка зараз мені чарку:</w:t>
      </w:r>
    </w:p>
    <w:p>
      <w:r>
        <w:br/>
        <w:t>— Та хіба ж ми не вип'ємо, лихо його матері, з оцим чорнявим!</w:t>
      </w:r>
    </w:p>
    <w:p>
      <w:r>
        <w:br/>
        <w:t>Я був хлопець уштивий, узяв чарку в руку, вклонився гостям, оглянув усіх їх очима й поважно промовив:</w:t>
      </w:r>
    </w:p>
    <w:p>
      <w:r>
        <w:br/>
        <w:t>— Будьмо здорові!</w:t>
      </w:r>
    </w:p>
    <w:p>
      <w:r>
        <w:br/>
        <w:t>Потім трохи надпив і чарку поставив.</w:t>
      </w:r>
    </w:p>
    <w:p>
      <w:r>
        <w:br/>
        <w:t>— Ото ж гляди,— договорюється тітка,— будеш женитись, то не забудь свахою взяти!</w:t>
      </w:r>
    </w:p>
    <w:p>
      <w:r>
        <w:br/>
        <w:t>А я не тільки свахою — за жінку взяв би її така вона мені гарна... Стали співати.</w:t>
      </w:r>
    </w:p>
    <w:p>
      <w:r>
        <w:br/>
        <w:t>Наступила чорна хмара,</w:t>
      </w:r>
    </w:p>
    <w:p>
      <w:r>
        <w:br/>
        <w:t>Став дощик іти,</w:t>
      </w:r>
    </w:p>
    <w:p>
      <w:r>
        <w:br/>
        <w:t>Благослови, отамане.</w:t>
      </w:r>
    </w:p>
    <w:p>
      <w:r>
        <w:br/>
        <w:t>Намет нап'ясти.</w:t>
      </w:r>
    </w:p>
    <w:p>
      <w:r>
        <w:br/>
        <w:t>Загорілося моє серце: співаю аж вуха в мене горять, а тітка заливається ще дужче, виграє і голосом, і очима та мене близенько тулить до себе: любила вона мене й балувала за мою охоту до пісень.</w:t>
      </w:r>
    </w:p>
    <w:p>
      <w:r>
        <w:br/>
        <w:t>Сидить мій батько край стола, схилився на руку, заводить смутно:</w:t>
      </w:r>
    </w:p>
    <w:p>
      <w:r>
        <w:br/>
        <w:t>Усі дуки-багатирі</w:t>
      </w:r>
    </w:p>
    <w:p>
      <w:r>
        <w:br/>
        <w:t>В наметі сіли,—</w:t>
      </w:r>
    </w:p>
    <w:p>
      <w:r>
        <w:br/>
        <w:t>Наше браття, сіромашня,</w:t>
      </w:r>
    </w:p>
    <w:p>
      <w:r>
        <w:br/>
        <w:t>Та й не посміли...</w:t>
      </w:r>
    </w:p>
    <w:p>
      <w:r>
        <w:br/>
        <w:t>Проспівав, та й голову схилив.</w:t>
      </w:r>
    </w:p>
    <w:p>
      <w:r>
        <w:br/>
        <w:t>Шкода мені батька: отакий дужий, бородатий, а бач — не насмів!</w:t>
      </w:r>
    </w:p>
    <w:p>
      <w:r>
        <w:br/>
        <w:t>А дядьки трясуть чубами та бородами, головами кивають, та й собі гудуть стиха:</w:t>
      </w:r>
    </w:p>
    <w:p>
      <w:r>
        <w:br/>
        <w:t>Та й не посміли.</w:t>
      </w:r>
    </w:p>
    <w:p>
      <w:r>
        <w:br/>
        <w:t>Очі опускають: що ж, мовляв, удієш — не посміли!</w:t>
      </w:r>
    </w:p>
    <w:p>
      <w:r>
        <w:br/>
        <w:t>І бачу я, як стоїмо ми всі — і я, і батько на дощі, гнемося, а дощ нас січе, патьоки за шию пливуть. А дуки в наметі п'ють, співають, та ще й насміхаються з нас. Жаль мене бере, ой який жаль!</w:t>
      </w:r>
    </w:p>
    <w:p>
      <w:r>
        <w:br/>
        <w:t>"Дарма ж,— думаю,— підождіть, як воно буде далі!"</w:t>
      </w:r>
    </w:p>
    <w:p>
      <w:r>
        <w:br/>
        <w:t>Як углядів пан отаман —</w:t>
      </w:r>
    </w:p>
    <w:p>
      <w:r>
        <w:br/>
        <w:t>Стало йому жаль:</w:t>
      </w:r>
    </w:p>
    <w:p>
      <w:r>
        <w:br/>
        <w:t>Скинув з себе жупан синій,</w:t>
      </w:r>
    </w:p>
    <w:p>
      <w:r>
        <w:br/>
        <w:t>Та й намет нап'яв.</w:t>
      </w:r>
    </w:p>
    <w:p>
      <w:r>
        <w:br/>
        <w:t>"А що, дуки — кому тепер краще?"— думаю.</w:t>
      </w:r>
    </w:p>
    <w:p>
      <w:r>
        <w:br/>
        <w:t>А найбільш удовольнило мене, аж засміявся, коли ми за батьком ухопили дуку за чуб та за руку, а дядько — в шию б'є.</w:t>
      </w:r>
    </w:p>
    <w:p>
      <w:r>
        <w:br/>
        <w:t>Ой не йди, не йди, превражий дуко,</w:t>
      </w:r>
    </w:p>
    <w:p>
      <w:r>
        <w:br/>
        <w:t>Де голота п'є!..</w:t>
      </w:r>
    </w:p>
    <w:p>
      <w:r>
        <w:br/>
        <w:t>"Ото, щоб не сміявся з нас!"— радію собі.</w:t>
      </w:r>
    </w:p>
    <w:p>
      <w:r>
        <w:br/>
        <w:t>Як цю доспівали, почали іншу, що мій батько дуже влюбив і співав на самоті,— ту, що каже:</w:t>
      </w:r>
    </w:p>
    <w:p>
      <w:r>
        <w:br/>
        <w:t>Мати наша, мати.</w:t>
      </w:r>
    </w:p>
    <w:p>
      <w:r>
        <w:br/>
        <w:t>Де нам тебе взяти...</w:t>
      </w:r>
    </w:p>
    <w:p>
      <w:r>
        <w:br/>
        <w:t>Якось глянув я в той час на батька й здивувався. Так здивувався, що навіть співати перестав: сидить батько, співає, а на лиці у нього відзначається щось чудне, мені незрозуміле, і дуже смутне; а в очах немов сльози стоять.</w:t>
      </w:r>
    </w:p>
    <w:p>
      <w:r>
        <w:br/>
        <w:t>"Що це подіялося з батьком? — думаю собі,— чого він так засмутився? Хоч і випив він, та я ж добре знаю, що даром сльози він не пустить"... А батько, як проспівали перші слова, казав до людей, якось чудно усміхаючись:</w:t>
      </w:r>
    </w:p>
    <w:p>
      <w:r>
        <w:br/>
        <w:t>— Знаєте, яка це пісня? За цю пісню можуть оце всіх нас забрати й запровадити туди, куди й Макар телят не ганяв. Отака ця пісня!</w:t>
      </w:r>
    </w:p>
    <w:p>
      <w:r>
        <w:br/>
        <w:t>Я вже тоді чув про ті місця, куди Макар телят не ганяє. Серце в мене похололо. Дивлюся на людей, а люди немов про теє вже й сами знають, кивають головою та співають ще смутніше:</w:t>
      </w:r>
    </w:p>
    <w:p>
      <w:r>
        <w:br/>
        <w:t>Поставлю я матір</w:t>
      </w:r>
    </w:p>
    <w:p>
      <w:r>
        <w:br/>
        <w:t>На божничку в хаті...</w:t>
      </w:r>
    </w:p>
    <w:p>
      <w:r>
        <w:br/>
        <w:t>А потім мій батько став розказувати щось таке цікаве, що я аж на колінки піднявся та слухав. Він розмовляв з людьми за якусь, видно всім відому, Катерину, яка сплюндрувала та занапастила не п'ять або десять десятин землі, а цілий "край веселий", "степ широкий" разом з усіма людьми, що там жили. Дуже потім вразили мене й слова, що я почув далі од батька. Між розмовою він якось сказав:</w:t>
      </w:r>
    </w:p>
    <w:p>
      <w:r>
        <w:br/>
        <w:t>— Мати наша Малоросіє, чи тебе нам тепер купити, чи піти заробити?..</w:t>
      </w:r>
    </w:p>
    <w:p>
      <w:r>
        <w:br/>
        <w:t>І журливо головою кивав і смутно осміхався...</w:t>
      </w:r>
    </w:p>
    <w:p>
      <w:r>
        <w:br/>
        <w:t>Увечері, коли я ліг спати, я довго думав сам собі перед сном. В голові у мене вихрем крутилися нові, перш незнайомі мені, дивні думки.</w:t>
      </w:r>
    </w:p>
    <w:p>
      <w:r>
        <w:br/>
        <w:t>Перш усього мені здавалося дуже чудним те, що беруть туди, куди Макар телят не ганяє, не тільки за крадіж та за розбій, а ще є такі пісні, за які теж можуть туди забрати. Далі я довго думав, навіщо казав батько на Малоросію — "мати". Що Малоросія є той край, де ми живемо, про те я вже знав. Потім пригадав, що колись у школі читали слова: "Наша матушка Россія". Тоді вчитель поясняв, на що то Росію треба взивати "матір'ю". Значить, є "матушка Россія",— думав я,— і є "мати Малоросія". І уявлялись мені ці дві матері в образі двох живих жінок. "Матушка Россія" — то товста сердита пані, котра "чтокає", як Сашкова мати. І живе та "матушка Россія" десь далеко, а у нас про неї читають тільки діти, як ходять у школу. "Мати ж Малоросія" уявлялась мені бідною молодицею в очіпку та в свитинці — такою, як хоч би й моя мати.</w:t>
      </w:r>
    </w:p>
    <w:p>
      <w:r>
        <w:br/>
        <w:t>А найбільше дивним і таємним для мене показалося те, що хоч і беруть за смутні пісні про матір до острогів, та все ж тії пісні співати треба і, співаючи, треба журитись і плакати.</w:t>
      </w:r>
    </w:p>
    <w:p>
      <w:r>
        <w:br/>
        <w:t>І почував я, що в цьому у всьому є щось дуже смутне й таємне, про що знають тільки великі поважні люди.</w:t>
      </w:r>
    </w:p>
    <w:p>
      <w:r>
        <w:br/>
        <w:t>"Стій же,— думаю собі,— виросту й я такий, як батько, то всього чисто дізнаюсь, а потім вип'ю горілки, схилюся на стіл, та й сам буду співати:</w:t>
      </w:r>
    </w:p>
    <w:p>
      <w:r>
        <w:br/>
        <w:t>Мати ж наша, мати,</w:t>
      </w:r>
    </w:p>
    <w:p>
      <w:r>
        <w:br/>
        <w:t>Та де нам тебе взяти!</w:t>
      </w:r>
    </w:p>
    <w:p>
      <w:r>
        <w:br/>
        <w:t>Чи тебе купити,</w:t>
      </w:r>
    </w:p>
    <w:p>
      <w:r>
        <w:br/>
        <w:t>Чи піти заробити...</w:t>
      </w:r>
    </w:p>
    <w:p>
      <w:r>
        <w:br/>
        <w:t>Та, співаючи, й плакати буду, а лице у мене буде таке ж смутне і таємне, як у мого батька.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дитячих вражень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