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XXXIV ода Горація, кн. І</w:t>
      </w:r>
    </w:p>
    <w:p>
      <w:r>
        <w:br/>
        <w:t xml:space="preserve"> Parcus deorum cultor et infrequens,&lt;br /&gt;</w:t>
        <w:br/>
        <w:t>Insanicntis dum sapientiae&lt;br /&gt;</w:t>
        <w:br/>
        <w:t>Consultus erro; nunc retrorsum.&lt;br /&gt;</w:t>
        <w:br/>
        <w:t>Vela dare atque iterare cursus.&lt;br /&gt;</w:t>
        <w:br/>
        <w:t>Cogor relictcs etc. [15]</w:t>
      </w:r>
    </w:p>
    <w:p>
      <w:r>
        <w:br/>
        <w:t>От і допивсь!&lt;br /&gt;</w:t>
        <w:br/>
        <w:t>І дохмеливсь!..&lt;br /&gt;</w:t>
        <w:br/>
        <w:t>Довіку тямить буду!&lt;br /&gt;</w:t>
        <w:br/>
        <w:t>Ні в рот не брать,&lt;br /&gt;</w:t>
        <w:br/>
        <w:t>Ні коштовать&lt;br /&gt;</w:t>
        <w:br/>
        <w:t>Не хочу аж до суду!&lt;br /&gt;</w:t>
        <w:br/>
        <w:t>Коли б вона&lt;br /&gt;</w:t>
        <w:br/>
        <w:t>Уся до дна&lt;br /&gt;</w:t>
        <w:br/>
        <w:t>Повитікала в бочках,&lt;br /&gt;</w:t>
        <w:br/>
        <w:t>То ще б в церквах&lt;br /&gt;</w:t>
        <w:br/>
        <w:t>Народ в свитках&lt;br /&gt;</w:t>
        <w:br/>
        <w:t>Стояв би і в сорочках!&lt;br /&gt;</w:t>
        <w:br/>
        <w:t>Ні, Грицьку, ні!&lt;br /&gt;</w:t>
        <w:br/>
        <w:t>Хоч би мені&lt;br /&gt;</w:t>
        <w:br/>
        <w:t>Повіситься й на гілці!..&lt;br /&gt;</w:t>
        <w:br/>
        <w:t>Ані під ніс!..&lt;br /&gt;</w:t>
        <w:br/>
        <w:t>Нехай їй біс,&lt;br /&gt;</w:t>
        <w:br/>
        <w:t>Тій гаспидській горілці!&lt;br /&gt;</w:t>
        <w:br/>
        <w:t>Вона мене&lt;br /&gt;</w:t>
        <w:br/>
        <w:t>З світу зжене.&lt;br /&gt;</w:t>
        <w:br/>
        <w:t>Коли б той ісказився,&lt;br /&gt;</w:t>
        <w:br/>
        <w:t>Хто Божий дар&lt;br /&gt;</w:t>
        <w:br/>
        <w:t>Гнать через жар&lt;br /&gt;</w:t>
        <w:br/>
        <w:t>У винниці навчився!&lt;br /&gt;</w:t>
        <w:br/>
        <w:t>Ох! ох! ох! ох!&lt;br /&gt;</w:t>
        <w:br/>
        <w:t>Зубів щось з двох&lt;br /&gt;</w:t>
        <w:br/>
        <w:t>І ніг не долічуся!&lt;br /&gt;</w:t>
        <w:br/>
        <w:t>Живіт, на сміх,&lt;br /&gt;</w:t>
        <w:br/>
        <w:t>З ковальський міх,-&lt;br /&gt;</w:t>
        <w:br/>
        <w:t>Здається ж, і не дмуся!&lt;br /&gt;</w:t>
        <w:br/>
        <w:t>Самі кишки,&lt;br /&gt;</w:t>
        <w:br/>
        <w:t>Мов бульбашки&lt;br /&gt;</w:t>
        <w:br/>
        <w:t>У чавуні, клекочуть;&lt;br /&gt;</w:t>
        <w:br/>
        <w:t>А пуп набряк;&lt;br /&gt;</w:t>
        <w:br/>
        <w:t>Під пупом — так,&lt;br /&gt;</w:t>
        <w:br/>
        <w:t>Мов жаби, знай, скрегочуть!&lt;br /&gt;</w:t>
        <w:br/>
        <w:t>Ніс, як пістряк;&lt;br /&gt;</w:t>
        <w:br/>
        <w:t>І скрізь синяк;&lt;br /&gt;</w:t>
        <w:br/>
        <w:t>Бач, пика як набрякла!&lt;br /&gt;</w:t>
        <w:br/>
        <w:t>Одна нога&lt;br /&gt;</w:t>
        <w:br/>
        <w:t>Щось шкутильга,&lt;br /&gt;</w:t>
        <w:br/>
        <w:t>Друга зовсім заклякла.&lt;br /&gt;</w:t>
        <w:br/>
        <w:t>Така нудьга!&lt;br /&gt;</w:t>
        <w:br/>
        <w:t>Така туга!&lt;br /&gt;</w:t>
        <w:br/>
        <w:t>Що чортзна-де і діться!&lt;br /&gt;</w:t>
        <w:br/>
        <w:t>От тут пече,&lt;br /&gt;</w:t>
        <w:br/>
        <w:t>Тут гаряче,&lt;br /&gt;</w:t>
        <w:br/>
        <w:t>А все б хотілось гріться...&lt;br /&gt;</w:t>
        <w:br/>
        <w:t>А їсти щоб?&lt;br /&gt;</w:t>
        <w:br/>
        <w:t>Та хоч у лоб!&lt;br /&gt;</w:t>
        <w:br/>
        <w:t>Крий боже, як цураюсь!&lt;br /&gt;</w:t>
        <w:br/>
        <w:t>Все б дудлив, бач.&lt;br /&gt;</w:t>
        <w:br/>
        <w:t>Так от, хоч плач!..&lt;br /&gt;</w:t>
        <w:br/>
        <w:t>Щось од води жахаюсь!..&lt;br /&gt;</w:t>
        <w:br/>
        <w:t>Помацай чуб;&lt;br /&gt;</w:t>
        <w:br/>
        <w:t>Бач, як оскуб,&lt;br /&gt;</w:t>
        <w:br/>
        <w:t>Диявольська личина!&lt;br /&gt;</w:t>
        <w:br/>
        <w:t>Тільки то сям&lt;br /&gt;</w:t>
        <w:br/>
        <w:t>Стирчить, то там&lt;br /&gt;</w:t>
        <w:br/>
        <w:t>З чуприни волосина!&lt;br /&gt;</w:t>
        <w:br/>
        <w:t>Та вже ж чіплявсь,&lt;br /&gt;</w:t>
        <w:br/>
        <w:t>Товк і знущавсь —&lt;br /&gt;</w:t>
        <w:br/>
        <w:t>Скажена москалюка!&lt;br /&gt;</w:t>
        <w:br/>
        <w:t>Коліньми грів,&lt;br /&gt;</w:t>
        <w:br/>
        <w:t>Поки не впрів,&lt;br /&gt;</w:t>
        <w:br/>
        <w:t>А там і взявсь до дрюка!&lt;br /&gt;</w:t>
        <w:br/>
        <w:t>Ох! ох! ах! ах!&lt;br /&gt;</w:t>
        <w:br/>
        <w:t>Жовч в печінках,&lt;br /&gt;</w:t>
        <w:br/>
        <w:t>Мабуть, всю стовк, псяюха!..&lt;br /&gt;</w:t>
        <w:br/>
        <w:t>Геть, Грицьку, геть!&lt;br /&gt;</w:t>
        <w:br/>
        <w:t>Та лучче смерть.&lt;br /&gt;</w:t>
        <w:br/>
        <w:t>Ніж гаспидська сивуха!&lt;br /&gt;</w:t>
        <w:br/>
        <w:t>Кахи!кахи!&lt;br /&gt;</w:t>
        <w:br/>
        <w:t>Се за гріхи&lt;br /&gt;</w:t>
        <w:br/>
        <w:t>Мене пеня спіткала!&lt;br /&gt;</w:t>
        <w:br/>
        <w:t>Та вже й дурів!&lt;br /&gt;</w:t>
        <w:br/>
        <w:t>За всіх кнурів...&lt;br /&gt;</w:t>
        <w:br/>
        <w:t>Вже душка погуляла!&lt;br /&gt;</w:t>
        <w:br/>
        <w:t>Була, була&lt;br /&gt;</w:t>
        <w:br/>
        <w:t>На півсела&lt;br /&gt;</w:t>
        <w:br/>
        <w:t>Худобинка і гроші:&lt;br /&gt;</w:t>
        <w:br/>
        <w:t>Ізслизло се,&lt;br /&gt;</w:t>
        <w:br/>
        <w:t>Проциндрив все,&lt;br /&gt;</w:t>
        <w:br/>
        <w:t>Зостались тілько воші!&lt;br /&gt;</w:t>
        <w:br/>
        <w:t>Пустив діток&lt;br /&gt;</w:t>
        <w:br/>
        <w:t>Без сорочок,&lt;br /&gt;</w:t>
        <w:br/>
        <w:t>І жінку без запаски,&lt;br /&gt;</w:t>
        <w:br/>
        <w:t>А сам в шинку&lt;br /&gt;</w:t>
        <w:br/>
        <w:t>На привалку&lt;br /&gt;</w:t>
        <w:br/>
        <w:t>Жду Лейбиної ласки!&lt;br /&gt;</w:t>
        <w:br/>
        <w:t>А Лейба-гершт&lt;br /&gt;</w:t>
        <w:br/>
        <w:t>В боки, як хверт,&lt;br /&gt;</w:t>
        <w:br/>
        <w:t>Та Рухлі щось гергоче,&lt;br /&gt;</w:t>
        <w:br/>
        <w:t>На мене зирк!&lt;br /&gt;</w:t>
        <w:br/>
        <w:t>Та, знай, пирк-пирк!..&lt;br /&gt;</w:t>
        <w:br/>
        <w:t>Невіра, ще й регоче.&lt;br /&gt;</w:t>
        <w:br/>
        <w:t>Забрав волів,&lt;br /&gt;</w:t>
        <w:br/>
        <w:t>Овець, корів,&lt;br /&gt;</w:t>
        <w:br/>
        <w:t>Ще він же і здрочився!&lt;br /&gt;</w:t>
        <w:br/>
        <w:t>Загарбав кіз&lt;br /&gt;</w:t>
        <w:br/>
        <w:t>І жита віз...&lt;br /&gt;</w:t>
        <w:br/>
        <w:t>Бодай їм подавився!&lt;br /&gt;</w:t>
        <w:br/>
        <w:t>Ой, так мені!&lt;br /&gt;</w:t>
        <w:br/>
        <w:t>Так сатані!&lt;br /&gt;</w:t>
        <w:br/>
        <w:t>Катюзі — по заслузі!&lt;br /&gt;</w:t>
        <w:br/>
        <w:t>Жлоктав живіт&lt;br /&gt;</w:t>
        <w:br/>
        <w:t>Аж лився піт,&lt;br /&gt;</w:t>
        <w:br/>
        <w:t>Тепер засуха в пузі!&lt;br /&gt;</w:t>
        <w:br/>
        <w:t>До церкви дзвін,&lt;br /&gt;</w:t>
        <w:br/>
        <w:t>А пан Охрім,&lt;br /&gt;</w:t>
        <w:br/>
        <w:t>Бувало, в шинк мандрує,&lt;br /&gt;</w:t>
        <w:br/>
        <w:t>В церквах "свят, свят",&lt;br /&gt;</w:t>
        <w:br/>
        <w:t>В корчмі "ґвалт, ґвалт!.." —&lt;br /&gt;</w:t>
        <w:br/>
        <w:t>Охрім жидів муштрує!&lt;br /&gt;</w:t>
        <w:br/>
        <w:t>Було, в пости,&lt;br /&gt;</w:t>
        <w:br/>
        <w:t>Іще чорти&lt;br /&gt;</w:t>
        <w:br/>
        <w:t>Не б'ються навкулачки:&lt;br /&gt;</w:t>
        <w:br/>
        <w:t>А вже Охрім,&lt;br /&gt;</w:t>
        <w:br/>
        <w:t>На глум усім,&lt;br /&gt;</w:t>
        <w:br/>
        <w:t>П'яненький лізе рачки!</w:t>
      </w:r>
    </w:p>
    <w:p>
      <w:r>
        <w:br/>
        <w:t>Було, піп Петр&lt;br /&gt;</w:t>
        <w:br/>
        <w:t>В чистий четвер&lt;br /&gt;</w:t>
        <w:br/>
        <w:t>Іуду величає,&lt;br /&gt;</w:t>
        <w:br/>
        <w:t>Охрім в корчмі&lt;br /&gt;</w:t>
        <w:br/>
        <w:t>Пойді кумі&lt;br /&gt;</w:t>
        <w:br/>
        <w:t>Весільних затягає.&lt;br /&gt;</w:t>
        <w:br/>
        <w:t>Чи в хату піп,&lt;br /&gt;</w:t>
        <w:br/>
        <w:t>Охрім захріп,&lt;br /&gt;</w:t>
        <w:br/>
        <w:t>Запінивсь, мов сказився,&lt;br /&gt;</w:t>
        <w:br/>
        <w:t>Не сповідавсь,&lt;br /&gt;</w:t>
        <w:br/>
        <w:t>Не причащавсь&lt;br /&gt;</w:t>
        <w:br/>
        <w:t>Сім рік — і не хрестився!&lt;br /&gt;</w:t>
        <w:br/>
        <w:t>Попи й дяки&lt;br /&gt;</w:t>
        <w:br/>
        <w:t>В різдво — в святки —&lt;br /&gt;</w:t>
        <w:br/>
        <w:t>З хрестом ідуть, з кропилом:&lt;br /&gt;</w:t>
        <w:br/>
        <w:t>А вже коли&lt;br /&gt;</w:t>
        <w:br/>
        <w:t>Дере козли&lt;br /&gt;</w:t>
        <w:br/>
        <w:t>Охрім і риє рилом!&lt;br /&gt;</w:t>
        <w:br/>
        <w:t>На часточки,&lt;br /&gt;</w:t>
        <w:br/>
        <w:t>На свічечки&lt;br /&gt;</w:t>
        <w:br/>
        <w:t>Шагом не поплатився,&lt;br /&gt;</w:t>
        <w:br/>
        <w:t>А мисочок&lt;br /&gt;</w:t>
        <w:br/>
        <w:t>І грамоток&lt;br /&gt;</w:t>
        <w:br/>
        <w:t>Не чув, як і вродився!&lt;br /&gt;</w:t>
        <w:br/>
        <w:t>Ох! ох! ох! ох!&lt;br /&gt;</w:t>
        <w:br/>
        <w:t>Зубів щось з двох&lt;br /&gt;</w:t>
        <w:br/>
        <w:t>І ніг не долічуся!&lt;br /&gt;</w:t>
        <w:br/>
        <w:t>Живіт, на сміх,&lt;br /&gt;</w:t>
        <w:br/>
        <w:t>З ковальський міх,-&lt;br /&gt;</w:t>
        <w:br/>
        <w:t>Здається ж, і не дмуся!&lt;br /&gt;</w:t>
        <w:br/>
        <w:t>Ой, так мені!&lt;br /&gt;</w:t>
        <w:br/>
        <w:t>Так сатані!&lt;br /&gt;</w:t>
        <w:br/>
        <w:t>По ділу ся халяндра!..&lt;br /&gt;</w:t>
        <w:br/>
        <w:t>Нехай хутчій,&lt;br /&gt;</w:t>
        <w:br/>
        <w:t>Попа мерщій&lt;br /&gt;</w:t>
        <w:br/>
        <w:t>Покличуть Олександра!&lt;br /&gt;</w:t>
        <w:br/>
        <w:t>Скажу: допивсь&lt;br /&gt;</w:t>
        <w:br/>
        <w:t>І дохмеливсь!&lt;br /&gt;</w:t>
        <w:br/>
        <w:t>Довіку тямить буду!&lt;br /&gt;</w:t>
        <w:br/>
        <w:t>Ні в рот не брать,&lt;br /&gt;</w:t>
        <w:br/>
        <w:t>Ні коштовать&lt;br /&gt;</w:t>
        <w:br/>
        <w:t>Не тілько що — й до суду!&lt;br /&gt;</w:t>
        <w:br/>
        <w:t>А ти пляшки;&lt;br /&gt;</w:t>
        <w:br/>
        <w:t>Грицьку, й чарки&lt;br /&gt;</w:t>
        <w:br/>
        <w:t>Трощи, що маєш духу!..&lt;br /&gt;</w:t>
        <w:br/>
        <w:t>Тільки... тривай...&lt;br /&gt;</w:t>
        <w:br/>
        <w:t>З їх позливай&lt;br /&gt;</w:t>
        <w:br/>
        <w:t>В барильце всю сивуху!&lt;br /&gt;</w:t>
        <w:br/>
        <w:t>26 февраля 1832 г.</w:t>
      </w:r>
    </w:p>
    <w:p>
      <w:r>
        <w:br/>
        <w:t>[15] — Шанувальник богині долі, недбалий і непевний, наслідуючи поки що нерозумній мудрості, блукаю я; однак повинен повернути свій човен і правити 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XXXIV ода Горація, кн. 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