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сонце красно...</w:t>
      </w:r>
    </w:p>
    <w:p>
      <w:r>
        <w:br/>
        <w:t xml:space="preserve"> Вже сонце красно —&lt;br /&gt;</w:t>
        <w:br/>
        <w:t>Хвала-бо — встало,&lt;br /&gt;</w:t>
        <w:br/>
        <w:t>Бачте, як ясно&lt;br /&gt;</w:t>
        <w:br/>
        <w:t>Світом засяло!&lt;br /&gt;</w:t>
        <w:br/>
        <w:t>Нічні, сонливі&lt;br /&gt;</w:t>
        <w:br/>
        <w:t>Мраки розбило;&lt;br /&gt;</w:t>
        <w:br/>
        <w:t>Боже, ах, боже,&lt;br /&gt;</w:t>
        <w:br/>
        <w:t>То твоє діло!</w:t>
      </w:r>
    </w:p>
    <w:p>
      <w:r>
        <w:br/>
        <w:t>Весело, мило&lt;br /&gt;</w:t>
        <w:br/>
        <w:t>На світ глядіти,&lt;br /&gt;</w:t>
        <w:br/>
        <w:t>Добро приспіло:&lt;br /&gt;</w:t>
        <w:br/>
        <w:t>Радуйтесь, діти!&lt;br /&gt;</w:t>
        <w:br/>
        <w:t>Гомін лісами,&lt;br /&gt;</w:t>
        <w:br/>
        <w:t>Піснь дубровами&lt;br /&gt;</w:t>
        <w:br/>
        <w:t>Щастє розносить,&lt;br /&gt;</w:t>
        <w:br/>
        <w:t>Сильно голосить,&lt;br /&gt;</w:t>
        <w:br/>
        <w:t>Весело, мило:&lt;br /&gt;</w:t>
        <w:br/>
        <w:t>"Боже, ах, боже,&lt;br /&gt;</w:t>
        <w:br/>
        <w:t>То твоє діло!"</w:t>
      </w:r>
    </w:p>
    <w:p>
      <w:r>
        <w:br/>
        <w:t>Зелень розвилась&lt;br /&gt;</w:t>
        <w:br/>
        <w:t>Геть царинами,&lt;br /&gt;</w:t>
        <w:br/>
        <w:t>Радість розплилась&lt;br /&gt;</w:t>
        <w:br/>
        <w:t>Всіма світами:&lt;br /&gt;</w:t>
        <w:br/>
        <w:t>Весна миленька,&lt;br /&gt;</w:t>
        <w:br/>
        <w:t>Надія літо,&lt;br /&gt;</w:t>
        <w:br/>
        <w:t>Осінь повненька,</w:t>
      </w:r>
    </w:p>
    <w:p>
      <w:r>
        <w:br/>
        <w:t>Бо в стогах жито.&lt;br /&gt;</w:t>
        <w:br/>
        <w:t>Взимі весело,&lt;br /&gt;</w:t>
        <w:br/>
        <w:t>Хоть всюда біло.&lt;br /&gt;</w:t>
        <w:br/>
        <w:t>Боже, ах, боже,&lt;br /&gt;</w:t>
        <w:br/>
        <w:t>То твоє діло!</w:t>
      </w:r>
    </w:p>
    <w:p>
      <w:r>
        <w:br/>
        <w:t>Дуброви, гори&lt;br /&gt;</w:t>
        <w:br/>
        <w:t>З полонинами,&lt;br /&gt;</w:t>
        <w:br/>
        <w:t>Долини, звори,&lt;br /&gt;</w:t>
        <w:br/>
        <w:t>Ріки з струями,&lt;br /&gt;</w:t>
        <w:br/>
        <w:t>Небо високе&lt;br /&gt;</w:t>
        <w:br/>
        <w:t>І звізд без числа,&lt;br /&gt;</w:t>
        <w:br/>
        <w:t>Море глубоке,&lt;br /&gt;</w:t>
        <w:br/>
        <w:t>Чудів всюда тьма,&lt;br /&gt;</w:t>
        <w:br/>
        <w:t>Всьо так порядно,&lt;br /&gt;</w:t>
        <w:br/>
        <w:t>Всюда так ладно.&lt;br /&gt;</w:t>
        <w:br/>
        <w:t>Всюда щось жиє,&lt;br /&gt;</w:t>
        <w:br/>
        <w:t>Робить, ділає,&lt;br /&gt;</w:t>
        <w:br/>
        <w:t>Двигшись, літає,&lt;br /&gt;</w:t>
        <w:br/>
        <w:t>Ходить і плине,&lt;br /&gt;</w:t>
        <w:br/>
        <w:t>Радо співає,&lt;br /&gt;</w:t>
        <w:br/>
        <w:t>Весело, мило:&lt;br /&gt;</w:t>
        <w:br/>
        <w:t>"Боже, ах, боже,&lt;br /&gt;</w:t>
        <w:br/>
        <w:t>То твоє діло!"</w:t>
      </w:r>
    </w:p>
    <w:p>
      <w:r>
        <w:br/>
        <w:t>Не хочу багатства,&lt;br /&gt;</w:t>
        <w:br/>
        <w:t>Ані грошей мати,&lt;br /&gt;</w:t>
        <w:br/>
        <w:t>Ні паном бояром,&lt;br /&gt;</w:t>
        <w:br/>
        <w:t>Ні царем ся звати;&lt;br /&gt;</w:t>
        <w:br/>
        <w:t>Лиш добрий най буду&lt;br /&gt;</w:t>
        <w:br/>
        <w:t>І богу миленький,&lt;br /&gt;</w:t>
        <w:br/>
        <w:t>Най люблять мя люди,&lt;br /&gt;</w:t>
        <w:br/>
        <w:t>Тогда я щастненький.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сонце красно...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