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снігом, мила, забіліла голова...</w:t>
      </w:r>
    </w:p>
    <w:p>
      <w:r>
        <w:br/>
        <w:t xml:space="preserve"> Вже снігом, мила, забіліла голова,&lt;br /&gt;</w:t>
        <w:br/>
        <w:t>Рядочок літ стає щоразу довшим.&lt;br /&gt;</w:t>
        <w:br/>
        <w:t>І світ чадить. І губляться слова,&lt;br /&gt;</w:t>
        <w:br/>
        <w:t>Що йдуть крізь серце і холодну товщу&lt;br /&gt;</w:t>
        <w:br/>
        <w:t>Здобутків, втрат, падінь і вознесінь,&lt;br /&gt;</w:t>
        <w:br/>
        <w:t>Через горнило Дантового пекла...&lt;br /&gt;</w:t>
        <w:br/>
        <w:t>Цей цвинтар бід і радощів усіх,&lt;br /&gt;</w:t>
        <w:br/>
        <w:t>Немов смертельна у пустелі спека.&lt;br /&gt;</w:t>
        <w:br/>
        <w:t>Та треба жити, хоч в очах туман&lt;br /&gt;</w:t>
        <w:br/>
        <w:t>Й осінній плащ самотньої калини.&lt;br /&gt;</w:t>
        <w:br/>
        <w:t>Коли палав від сорому Руан,&lt;br /&gt;</w:t>
        <w:br/>
        <w:t>Всміхалась Жанна журно і безвинно.&lt;br /&gt;</w:t>
        <w:br/>
        <w:t>Тепер і я, охоплений вогнем,&lt;br /&gt;</w:t>
        <w:br/>
        <w:t>Перед тобою очищаю душу.&lt;br /&gt;</w:t>
        <w:br/>
        <w:t>Настане час — хтось нитку перетне,&lt;br /&gt;</w:t>
        <w:br/>
        <w:t>Вчорашнє розірветься з нині сущим, —&lt;br /&gt;</w:t>
        <w:br/>
        <w:t>Та й буде вже по всьому, що було,&lt;br /&gt;</w:t>
        <w:br/>
        <w:t>Що відлетіло птахом перелітним.&lt;br /&gt;</w:t>
        <w:br/>
        <w:t>...Як я люблю тебе, нехай рясне зело&lt;br /&gt;</w:t>
        <w:br/>
        <w:t>Розкаже горам, сонцю й синьовітру.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снігом, мила, забіліла голова...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