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перший сніг кружляє над землею...</w:t>
      </w:r>
    </w:p>
    <w:p>
      <w:r>
        <w:br/>
        <w:t xml:space="preserve"> * * *</w:t>
      </w:r>
    </w:p>
    <w:p>
      <w:r>
        <w:br/>
        <w:t>Вже перший сніг кружляє над землею.&lt;br /&gt;</w:t>
        <w:br/>
        <w:t>І тихо падає. Уже вода&lt;br /&gt;</w:t>
        <w:br/>
        <w:t>Замерзла на озерах. Опада&lt;br /&gt;</w:t>
        <w:br/>
        <w:t>Останнє листя і яснить алею.&lt;br /&gt;</w:t>
        <w:br/>
        <w:t>Останній сніг, там бурий, там блакитний,&lt;br /&gt;</w:t>
        <w:br/>
        <w:t>Іще лежить в окопах та ярах,&lt;br /&gt;</w:t>
        <w:br/>
        <w:t>Ще в пам'яті метелиць білий жах,&lt;br /&gt;</w:t>
        <w:br/>
        <w:t>Ще сонце спить,&lt;br /&gt;</w:t>
        <w:br/>
        <w:t>Ще пролісок не квітне.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перший сніг кружляє над землею...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