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Вулиця</w:t>
      </w:r>
    </w:p>
    <w:p>
      <w:r>
        <w:br/>
        <w:t xml:space="preserve"> Під рев сирен,&lt;br /&gt;</w:t>
        <w:br/>
        <w:t>Під завивання лун&lt;br /&gt;</w:t>
        <w:br/>
        <w:t>Біжать, січуться, мечуться в ударах&lt;br /&gt;</w:t>
        <w:br/>
        <w:t>Огні...&lt;br /&gt;</w:t>
        <w:br/>
        <w:t>Огні...&lt;br /&gt;</w:t>
        <w:br/>
        <w:t>Туди, де втопла шхуна&lt;br /&gt;</w:t>
        <w:br/>
        <w:t>В крові на грані, — там умирають луни.&lt;br /&gt;</w:t>
        <w:br/>
        <w:t>Там лопаються очі,&lt;br /&gt;</w:t>
        <w:br/>
        <w:t>Падають&lt;br /&gt;</w:t>
        <w:br/>
        <w:t>І марять.</w:t>
      </w:r>
    </w:p>
    <w:p>
      <w:r>
        <w:br/>
        <w:t>Огні...&lt;br /&gt;</w:t>
        <w:br/>
        <w:t>На брук&lt;br /&gt;</w:t>
        <w:br/>
        <w:t>У зорянім вінку&lt;br /&gt;</w:t>
        <w:br/>
        <w:t>Роздіта ніч упала на коліна, —&lt;br /&gt;</w:t>
        <w:br/>
        <w:t>Чоло молоньї колять і січуть...&lt;br /&gt;</w:t>
        <w:br/>
        <w:t>Скригоче сталь,&lt;br /&gt;</w:t>
        <w:br/>
        <w:t>Рида&lt;br /&gt;</w:t>
        <w:br/>
        <w:t>Тупим плачем невпинно.&lt;br /&gt;</w:t>
        <w:br/>
        <w:t>Вагони-арлекіни&lt;br /&gt;</w:t>
        <w:br/>
        <w:t>Регочуться,&lt;br /&gt;</w:t>
        <w:br/>
        <w:t>Тікають рейки вдаль.</w:t>
      </w:r>
    </w:p>
    <w:p>
      <w:r>
        <w:br/>
        <w:t>Біжать повз кам'яниць німих&lt;br /&gt;</w:t>
        <w:br/>
        <w:t>Туди...&lt;br /&gt;</w:t>
        <w:br/>
        <w:t>Давно хтось зрадив їх:&lt;br /&gt;</w:t>
        <w:br/>
        <w:t>Конвоєм строгим тиснуть блискавиці&lt;br /&gt;</w:t>
        <w:br/>
        <w:t>На замкнену,&lt;br /&gt;</w:t>
        <w:br/>
        <w:t>На скручену спіраль...&lt;br /&gt;</w:t>
        <w:br/>
        <w:t>Біжать&lt;br /&gt;</w:t>
        <w:br/>
        <w:t>В якусь незнану магістраль&lt;br /&gt;</w:t>
        <w:br/>
        <w:t>І крутяться...&lt;br /&gt;</w:t>
        <w:br/>
        <w:t>І крутяться на місці.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