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Втеча у вчора</w:t>
      </w:r>
    </w:p>
    <w:p>
      <w:r>
        <w:br/>
        <w:t xml:space="preserve"> &lt;p&gt;Валерій ГУЖВА</w:t>
      </w:r>
    </w:p>
    <w:p>
      <w:r>
        <w:br/>
        <w:t>ВТЕЧА У ВЧОРА</w:t>
      </w:r>
    </w:p>
    <w:p>
      <w:r>
        <w:br/>
        <w:t>Геолог прискорив ходу, натягуючи страховочний фал. Часом він помічав це і йшов повільніше, але за дві-три хвилини лють напливала знову, і Геолог, мало не скрегочучи зубами і пригадуючи всі відомі йому прокльони, знову тягнув за собою Психолога.</w:t>
      </w:r>
    </w:p>
    <w:p>
      <w:r>
        <w:br/>
        <w:t>Геолог добре знав Статут. Ніхто за будь-яких обставин не мав права виявляти своїх антипатій до будь-якого з членів екіпажу. Більше того, Статут вимагав негайної доповіді Психологові при першому ж відчутті неприязні, хай навіть підсвідомому.</w:t>
      </w:r>
    </w:p>
    <w:p>
      <w:r>
        <w:br/>
        <w:t>Безглуздя... У колонії на Есті вони з Психологом були добрими знайомими, дружили сім’ями, грали в чотиристакліткові шахи. А тепер Геолог терпіти не може цього лисого розумника. Як його називали на Землі? Сентиментальний пацюк. Безглуздя...</w:t>
      </w:r>
    </w:p>
    <w:p>
      <w:r>
        <w:br/>
        <w:t>Фал різко смикнуло. Геолог обернувся. Психолог сидів на синьому камені і знаками кликав до себе.</w:t>
      </w:r>
    </w:p>
    <w:p>
      <w:r>
        <w:br/>
        <w:t>"Телепень, — лайнувся подумки Геолог. — То лящить без упину по радіо, то зовсім про нього забуває".</w:t>
      </w:r>
    </w:p>
    <w:p>
      <w:r>
        <w:br/>
        <w:t>— Що сталося? — спитав він, намагаючись приховати роздратування.</w:t>
      </w:r>
    </w:p>
    <w:p>
      <w:r>
        <w:br/>
        <w:t>— Відпочинемо трохи. — Психолог нарешті згадав про радіо.</w:t>
      </w:r>
    </w:p>
    <w:p>
      <w:r>
        <w:br/>
        <w:t>— Не встигнемо на корабель до вечері, — байдужим, як йому здавалося, голосом відказав Геолог. — Не хочу залишатися без гарячої страви.</w:t>
      </w:r>
    </w:p>
    <w:p>
      <w:r>
        <w:br/>
        <w:t>— Пусте, — засміявся Психолог, — як на мене, то концентрати смачніші. Знаєте, не дає мені спокою одна думка.</w:t>
      </w:r>
    </w:p>
    <w:p>
      <w:r>
        <w:br/>
        <w:t>— Добре, чекатиму. Тільки недовго.</w:t>
      </w:r>
    </w:p>
    <w:p>
      <w:r>
        <w:br/>
        <w:t>— Дуже вдячний, старий. Зрозумійте — мені справді треба трохи поміркувати. Майже тридцять діб сидимо ми на цій плюгавій планеті, і досі ніхто не може збагнути, що тут діється. Але янарешті починаю розуміти...</w:t>
      </w:r>
    </w:p>
    <w:p>
      <w:r>
        <w:br/>
        <w:t>Психолог замовк, тільки дихання його пульсувало в навушниках.</w:t>
      </w:r>
    </w:p>
    <w:p>
      <w:r>
        <w:br/>
        <w:t>Геолог хотів зауважити, що мікрофон треба вимикати і не виснажувати даремно батареї, але передумав. Краще вже слухати сопіння Психолога, ніж починати сварку.</w:t>
      </w:r>
    </w:p>
    <w:p>
      <w:r>
        <w:br/>
        <w:t>Геолог спробував примоститися на камінні, та лежати у скафандрі було неможливо. Він підвівся, з лихим почуттям глянув на постать Психолога, що бовваніла віддалік, і почав ходити по розсипах синюватого каміння — три кроки вперед, три назад.</w:t>
      </w:r>
    </w:p>
    <w:p>
      <w:r>
        <w:br/>
        <w:t>З Ести вони стартували давно. Це була третя експедиція на маленьку планетку без назви у квадраті КМ-91.</w:t>
      </w:r>
    </w:p>
    <w:p>
      <w:r>
        <w:br/>
        <w:t>На Великій Раді Ести довго сперечалися, перш ніж вирішили послати третю ракету. Головному було наказано здійснити посадку у видимому з Ести районі і повертатися при першій те небезпеці для корабля.</w:t>
      </w:r>
    </w:p>
    <w:p>
      <w:r>
        <w:br/>
        <w:t>Дві попередні ракети, стартувавши одночасно, зробили орбітальний маневр і сіли на невидимій півкулі планети, після чого зв’язок з ними припинився. Екіпажу третього корабля треба було розшукати їх або з’ясувати причини катастрофи.</w:t>
      </w:r>
    </w:p>
    <w:p>
      <w:r>
        <w:br/>
        <w:t>Планетка з квадрата КМ-91, що мала у каталогах номер 436, по-справжньому зацікавила колонію на Есті тільки після невдачі другої експедиції.</w:t>
      </w:r>
    </w:p>
    <w:p>
      <w:r>
        <w:br/>
        <w:t>Вірогідно про цю КМ-91-436 було відомо лише те, що вісь її обертання перпендикулярна осі Ести і всіх природних планет цієї системи, що маса її приблизно у дев’ять разів менша маси колишньої батьківщини — Землі при майже однаковій густині речовини. На двадцяту добу перебування на КМ-91-436 експедиція знала про цю планету лише трохи більше від астрономів Ести. Здійснивши пряму, без маневру посадку в районі полюса, екіпаж корабля тривалий час вивчав поверхню планети за допомогою телекамер, брав проби грунту і атмосфери, і лише по тому Головний дозволив першій парі вийти з корабля. Пішли Біолог та Історик. За ними — Лікар і Механік. Але ні перша, ні друга, ні десята пари не знайшли на планеті нічого, що заслуговувало б увагу. Базальти, граніти, урвища, тріщини, пил. Ні сліду рослинності, ні сліду життя. І жодного сліду попередніх експедицій.</w:t>
      </w:r>
    </w:p>
    <w:p>
      <w:r>
        <w:br/>
        <w:t>За екватор були запущені фоторозвідники — щоб не гаяти час на довготривалі поїздки всюдиходами. Знову нічого: на фотографіях, чітких, контрастних, не було й натяку на гігантські кораблі з Ести.</w:t>
      </w:r>
    </w:p>
    <w:p>
      <w:r>
        <w:br/>
        <w:t>Головній збирався віддати розпорядження про підготовку до відльоту, коли до нього зайшов Інженер.</w:t>
      </w:r>
    </w:p>
    <w:p>
      <w:r>
        <w:br/>
        <w:t>— Обставина, схожа на анекдот, — хрипко сказав він. — Фіксатори всіх чотирьох розвідників показують, що зйомки за екватором робилися при нульовій експозиції.</w:t>
      </w:r>
    </w:p>
    <w:p>
      <w:r>
        <w:br/>
        <w:t>— Як це розуміти?</w:t>
      </w:r>
    </w:p>
    <w:p>
      <w:r>
        <w:br/>
        <w:t>— Зрозуміти це неможливо. Але факт лишається фактом: затвори всіх об’єктивів не працювали, хоча знімки зроблено.</w:t>
      </w:r>
    </w:p>
    <w:p>
      <w:r>
        <w:br/>
        <w:t>Головний наморщив лоба:</w:t>
      </w:r>
    </w:p>
    <w:p>
      <w:r>
        <w:br/>
        <w:t>— Дослідіть робочі частини затворів. Результати негайно повідомте.</w:t>
      </w:r>
    </w:p>
    <w:p>
      <w:r>
        <w:br/>
        <w:t>За годину Головний знав попередні результати. Електронний аналіз засвідчував, що затвори працювали.</w:t>
      </w:r>
    </w:p>
    <w:p>
      <w:r>
        <w:br/>
        <w:t>Стоячи перед Головним, Інженер переступав з ноги на ногу.</w:t>
      </w:r>
    </w:p>
    <w:p>
      <w:r>
        <w:br/>
        <w:t>— Механік одержить стягнення за несправність датчиків...</w:t>
      </w:r>
    </w:p>
    <w:p>
      <w:r>
        <w:br/>
        <w:t>Головний підвів очі.</w:t>
      </w:r>
    </w:p>
    <w:p>
      <w:r>
        <w:br/>
        <w:t>— Встигнете. Я не про те. Прошу вас перевірити всі датчики і запустити ще одного фоторозвідника за екватор. Зйомки почати відразу ж. Фотографії, результати всіх можливих аналізів — негайно до мене.</w:t>
      </w:r>
    </w:p>
    <w:p>
      <w:r>
        <w:br/>
        <w:t>Коли Інженер пішов, Головний викликав до себе Теоретика і Фізика. Вони пробули разом недовго.</w:t>
      </w:r>
    </w:p>
    <w:p>
      <w:r>
        <w:br/>
        <w:t>Через кілька годин Теоретик і Фізик знову були у Головного.</w:t>
      </w:r>
    </w:p>
    <w:p>
      <w:r>
        <w:br/>
        <w:t>— Хто почне? — Головний жестом запросив сісти. Фізик відкашлявся.</w:t>
      </w:r>
    </w:p>
    <w:p>
      <w:r>
        <w:br/>
        <w:t>— Хоча несправність відразу всіх фіксаторів на камерах видається дивною, я схиляюся до висновку, зробленого Інженером і Механіком. Гадаю, за кілька хвилин ми знатимемо напевне, що підвела електроніка. До речі, не завадило б заміряти по-справжньому магнітне поле по той бік екватора, радіацію і таке інше. Щоправда, ми робили це першого тижня. Нічого особливого.</w:t>
      </w:r>
    </w:p>
    <w:p>
      <w:r>
        <w:br/>
        <w:t>— Це все?</w:t>
      </w:r>
    </w:p>
    <w:p>
      <w:r>
        <w:br/>
        <w:t>Фізик знизав плечима.</w:t>
      </w:r>
    </w:p>
    <w:p>
      <w:r>
        <w:br/>
        <w:t>— Між іншим, я просив виходити з того, що електронні системи були справні.</w:t>
      </w:r>
    </w:p>
    <w:p>
      <w:r>
        <w:br/>
        <w:t>— З цим у мене нічого не вийшло. Хіба що припустити існування потойбічних сил. Чорна і біла магія.</w:t>
      </w:r>
    </w:p>
    <w:p>
      <w:r>
        <w:br/>
        <w:t>Головний заплющив очі й торкнувся пальцями повік.</w:t>
      </w:r>
    </w:p>
    <w:p>
      <w:r>
        <w:br/>
        <w:t>— Так. А ваша думка, Теоретику?</w:t>
      </w:r>
    </w:p>
    <w:p>
      <w:r>
        <w:br/>
        <w:t>Теоретику не було й тридцяти. Він уперше летів з експедицією. Народився вже на Есті і п’ятнадцятирічним юнаком проводжав перші кораблі з колонії. Земля для нього була зовсім не тим, чим вона була для Головного, для Фізика, Інженера — для більшості екіпажу. В дитинстві він чув багато розповідей про Землю, але жодна з них не викликала в нього почуття глибшого, ніж проста цікавість. Він мав точне аналітичне мислення, чудову пам’ять і запас знань, який зробив би честь ветеранам з космічного центру. У двадцять чотири роки Теоретик розробив методику дослідження найближчих до Ести планет, яка була визнана найкращою, і був прийнятий у космічний центр. Там він займався проблемами, пов’язаними з часом і простором при надсвітлових швидкостях.</w:t>
      </w:r>
    </w:p>
    <w:p>
      <w:r>
        <w:br/>
        <w:t>Головний з цікавістю чекав на думку Теоретика.</w:t>
      </w:r>
    </w:p>
    <w:p>
      <w:r>
        <w:br/>
        <w:t>— Надто мало фактів для однозначного висновку, — почав Теоретик. — На мою думку, з однаковим ступенем вірогідності можна припустити і те, про що вже тут говорилось, і зовсім інше... Відверто кажучи, доказів у мене майже немає, тому я просив би поставитися до моєї гіпотези тільки як до припущення. Крім того, прошу дати можливість ознайомитися з результатами повторного запуску розвідника. Якщо були несправні датчики — взагалі немає потреби говорити про це.</w:t>
      </w:r>
    </w:p>
    <w:p>
      <w:r>
        <w:br/>
        <w:t>Теоретик замовк.</w:t>
      </w:r>
    </w:p>
    <w:p>
      <w:r>
        <w:br/>
        <w:t>— Гаразд, зачекаємо, — сказав Головний, згинаючи невидиму бадилинку.</w:t>
      </w:r>
    </w:p>
    <w:p>
      <w:r>
        <w:br/>
        <w:t>Десять хвилин, потрібні Психологові для відпочинку, минали. Стомившись ходити, Геолог присів на камінь.</w:t>
      </w:r>
    </w:p>
    <w:p>
      <w:r>
        <w:br/>
        <w:t>Йому страшенно набридли польоти. Та нічого не вдієш — на Есті з його професією не було роботи. Хіба що піти до Музею земних мінералів — його Наглядач давно вже просився на відпочинок. Але що подумають про нього друзі, дружина, діти? Ця красуня Еста остобісіла Геологові. Йому все частіше снилася Земля. А тут, на цій 436-й, думки про Землю не давали спокою. Останній канцелярський пацюк чи продавець, що залишилися свого часу на Землі всупереч усім попередженням і пророкуванням вчених, здавалися йому щасливішими за всіх, хто ось уже багато літ тиняється разом з ним по космосу у пошуках пристойної планети для себе і нащадків.</w:t>
      </w:r>
    </w:p>
    <w:p>
      <w:r>
        <w:br/>
        <w:t>Оця нікчемна піщинка в космосі — навіщо вона потрібна була тим двом кораблям? Чи вони розчинилися тут, перетворилися на базальт, каміння, пил? Головний щодня посилає нові й нові пари, перетасовує спеціалістів. Навіщо? Нічого не відповість ця 436-та, навіть назви пристойної їй не дали, щоб їй добра не було!</w:t>
      </w:r>
    </w:p>
    <w:p>
      <w:r>
        <w:br/>
        <w:t>Голос Психолога в навушниках урвав ці невеселі роздуми.</w:t>
      </w:r>
    </w:p>
    <w:p>
      <w:r>
        <w:br/>
        <w:t>— Можемо йти, і, слово честі, я вдячний вам за ці десять хвилин. Здається, я намацав дещо. Без жартів, я нарешті розумію, що сталося з тими хлопцями. Щоправда, декому це видасться ненауковим — те, що я збираюсь викласти Головному, але ж усе можна перевірити. Який-небудь дослід, експеримент?..</w:t>
      </w:r>
    </w:p>
    <w:p>
      <w:r>
        <w:br/>
        <w:t>— Хоч би що ви там вигадали, хлопцям від цього не полегшає, це мені ясно. Хіба що ви збираєтесь махнути чарівною паличкою — і вони одразу обнімуться з нами.</w:t>
      </w:r>
    </w:p>
    <w:p>
      <w:r>
        <w:br/>
        <w:t>— У вас сьогодні весь день кепський настрій. Я нічого напевно не кажу, бо моя думка досить незвична... Втім, побачимо.</w:t>
      </w:r>
    </w:p>
    <w:p>
      <w:r>
        <w:br/>
        <w:t>— Розкажіть усе це Головному. У нього завжди є час для всілякої маячні. А з мене досить. Ходімо швидше — ще довго добиратися.</w:t>
      </w:r>
    </w:p>
    <w:p>
      <w:r>
        <w:br/>
        <w:t>— Отже, можна вважати доведеним, іцо електронні системи виходять з ладу тільки в районі екватора і за ним. Що ви на це скажете? — Питання Головного стосувалося всіх присутніх.</w:t>
      </w:r>
    </w:p>
    <w:p>
      <w:r>
        <w:br/>
        <w:t>Першим відповів Фізик.</w:t>
      </w:r>
    </w:p>
    <w:p>
      <w:r>
        <w:br/>
        <w:t>— Ще раз наполягаю на ретельному радіаційному та магнітному аналізі заекваторіальної частини планети. Чудес не буває: якась зовнішня причина виводить з ладу простенький прилад, тільки-но розвідник перетинає екватор. Ймовірні, крім того, випромінювання і поля, природа яких нам невідома. Чудернацька планета — одна півкуля нормальна, а в другої не всі дома.</w:t>
      </w:r>
    </w:p>
    <w:p>
      <w:r>
        <w:br/>
        <w:t>— Важко з вами погодитися, — зауважив Інженер. — Чому виходить з ладу лише одна, до того ж зовсім проста система? Чому працюють усі інші?</w:t>
      </w:r>
    </w:p>
    <w:p>
      <w:r>
        <w:br/>
        <w:t>— Так, питань тут більше, ніж хотілося б. — Головний поворушив пальцями. — Задача не з легких. Я все більше переконуюся, що ми ловимо руками повітря. Головне полягає в тому, щоб знайти експедиції — першу й другу. Але, мабуть, фіксатори не мають до цього ніякого відношення...</w:t>
      </w:r>
    </w:p>
    <w:p>
      <w:r>
        <w:br/>
        <w:t>Теоретик рвучко подався вперед.</w:t>
      </w:r>
    </w:p>
    <w:p>
      <w:r>
        <w:br/>
        <w:t>— Дозвольте мені. Всі системи фоторозвідників, в тому числі і фіксатори експозиції, були цілком справні як до екватора, так і в зоні нашого корабля.</w:t>
      </w:r>
    </w:p>
    <w:p>
      <w:r>
        <w:br/>
        <w:t>Інженер і Фізик з неприхованим подивом глянули на Теоретика.</w:t>
      </w:r>
    </w:p>
    <w:p>
      <w:r>
        <w:br/>
        <w:t>— Прийнявши це як беззастережний факт і відкинувши всі таємничі випромінювання і поля, а також виходячи з того, що на планеті немає жодного сліду кораблів, я беру на себе сміливість...</w:t>
      </w:r>
    </w:p>
    <w:p>
      <w:r>
        <w:br/>
        <w:t>Теоретик закашлявся від хвилювання. Всі опустили очі, щоб не бентежити молодого колегу.</w:t>
      </w:r>
    </w:p>
    <w:p>
      <w:r>
        <w:br/>
        <w:t>— Думаю, що справа тут у часі. За екватором час тече у зворотному напрямі. Із знаком мінус, якщо хочете. У вчора, назад.</w:t>
      </w:r>
    </w:p>
    <w:p>
      <w:r>
        <w:br/>
        <w:t>Ніхто не вимовив ані слова. Всі напружено слухали дзвінку тишу. Першим не витримав Фізик:</w:t>
      </w:r>
    </w:p>
    <w:p>
      <w:r>
        <w:br/>
        <w:t>— Античас, колего? Я правильно зрозумів?</w:t>
      </w:r>
    </w:p>
    <w:p>
      <w:r>
        <w:br/>
        <w:t>— Ні, — хитнув головою Теоретик. — Час, що йде у зворотному напрямі. Час, що йде назад.</w:t>
      </w:r>
    </w:p>
    <w:p>
      <w:r>
        <w:br/>
        <w:t>— Сподіваюсь, ви поясните мені різницю? — в’їдливо спитав Інженер.</w:t>
      </w:r>
    </w:p>
    <w:p>
      <w:r>
        <w:br/>
        <w:t>— Потім, колего. Зараз я не можу цього зробити. Скажу тільки, що при античасі фоторозвідники не повернулися б цілими й неушкодженими. Та й чи повернулися б вони взагалі?</w:t>
      </w:r>
    </w:p>
    <w:p>
      <w:r>
        <w:br/>
        <w:t>Чим ближче підходили вони до ракети, тим настирливішими ставали спогади Геолога. З пам’яті випливла мелодія давньої пісеньки, і він неголосно замугикав її.</w:t>
      </w:r>
    </w:p>
    <w:p>
      <w:r>
        <w:br/>
        <w:t>— Слухай, Їжак, — пролунало в навушниках його хлоп’яче прізвисько, — як це ти пригадав? Боже, я не чув її, здається, тисячу років!</w:t>
      </w:r>
    </w:p>
    <w:p>
      <w:r>
        <w:br/>
        <w:t>Геолог не встиг навіть розсердитися. До того ж сам винен. Забув про мікрофон. Та й не такий уже поганий хлопець цей Психолог. Яке в нього було прізвисько?..</w:t>
      </w:r>
    </w:p>
    <w:p>
      <w:r>
        <w:br/>
        <w:t>— Пригадалась мелодія. А потім і слова. Спогади, Подушко.</w:t>
      </w:r>
    </w:p>
    <w:p>
      <w:r>
        <w:br/>
        <w:t>— Ну й пам’ять же в тебе! І часто ти згадуєш?</w:t>
      </w:r>
    </w:p>
    <w:p>
      <w:r>
        <w:br/>
        <w:t>— Інколи буває.</w:t>
      </w:r>
    </w:p>
    <w:p>
      <w:r>
        <w:br/>
        <w:t>— І що ти про неї думаєш?</w:t>
      </w:r>
    </w:p>
    <w:p>
      <w:r>
        <w:br/>
        <w:t>— Нічого особливого. А взагалі, непогано нам жилося на старенькій. Наша Еста жодного її материка не варта.</w:t>
      </w:r>
    </w:p>
    <w:p>
      <w:r>
        <w:br/>
        <w:t>— Твоя правда! Про це я і думаю весь час. Скажи, якби в тебе була можливість знову там побувати — що б ти зробив? Полетів би?</w:t>
      </w:r>
    </w:p>
    <w:p>
      <w:r>
        <w:br/>
        <w:t>— Я б ризикнув. А ти, Подушко?</w:t>
      </w:r>
    </w:p>
    <w:p>
      <w:r>
        <w:br/>
        <w:t>— Йдеться не про мене. Я — про ті кораблі. Розумієш, не могли вони випаруватися, не могли розсипатися, зникнути! Вони... вони летять! Летять до Землі!</w:t>
      </w:r>
    </w:p>
    <w:p>
      <w:r>
        <w:br/>
        <w:t>— Дурниці. Хто це летить? Стеб? Кренов? Дурниці, та й годі.</w:t>
      </w:r>
    </w:p>
    <w:p>
      <w:r>
        <w:br/>
        <w:t>— Дурниці? Тоді знайди кораблі. Знайди хоч найменший слід катастрофи. Їх немає. І не було. Ракети полетіли з цієї планети, і є тільки одна причина, що змусила їх вчинити так, — туга за батьківщиною. Невже ти не помітив, як вона зростає в тобі, в мені, в кожному з нашого корабля? Тут немовби працює фабрика спогадів. І щодня вона збільшує свою потужність. Щось тут не так, на цій 436-й!</w:t>
      </w:r>
    </w:p>
    <w:p>
      <w:r>
        <w:br/>
        <w:t>— Кораблі з Ести стартували з цієї планети невдовзі після прильоту! — майже вигукнув Теоретик. — Зараз вони віддаляються із швидкістю вдвічі більшою від максимальної нашої — принаймні у зоні дії цього зворотного часу. Єдине, чого я не в змозі збагнути, — куди вони летять?</w:t>
      </w:r>
    </w:p>
    <w:p>
      <w:r>
        <w:br/>
        <w:t>— Надто велика вада для такої геніальної теорії, — не втримався Фізик. — Якщо погодитися з вами, на Есті давно вже їх зустріли б.</w:t>
      </w:r>
    </w:p>
    <w:p>
      <w:r>
        <w:br/>
        <w:t>— На Есті?</w:t>
      </w:r>
    </w:p>
    <w:p>
      <w:r>
        <w:br/>
        <w:t>— А акте — це ж дія вашого часу, спрямованого у вчора, — знизав плечима Інженер.</w:t>
      </w:r>
    </w:p>
    <w:p>
      <w:r>
        <w:br/>
        <w:t>— На жаль, зміст цього терміну, очевидно, складніший, — зауважив Головний.</w:t>
      </w:r>
    </w:p>
    <w:p>
      <w:r>
        <w:br/>
        <w:t>— Саме так! — Теоретик піднявся з стільця. — Ніхто з нас не знає природи цього зворотного часу, хоча, очевидно, всі фізичні процеси мають відбуватися там без значних змін. Справа може бути навіть у психіці розумних істот, які потрапили в нові умови...</w:t>
      </w:r>
    </w:p>
    <w:p>
      <w:r>
        <w:br/>
        <w:t>Пролунав сигнал. Увімкнулася система зовнішнього огляду.</w:t>
      </w:r>
    </w:p>
    <w:p>
      <w:r>
        <w:br/>
        <w:t>— Просимо дозволу увійти! — махнув рукою з екрана Психолог.</w:t>
      </w:r>
    </w:p>
    <w:p>
      <w:r>
        <w:br/>
        <w:t>— Вчасно. Терміново просіть Психолога до мене, — віддав розпорядження Головний.</w:t>
      </w:r>
    </w:p>
    <w:p>
      <w:r>
        <w:br/>
        <w:t>— Він сам просить дозволу зайти, — доповів черговий.</w:t>
      </w:r>
    </w:p>
    <w:p>
      <w:r>
        <w:br/>
        <w:t>Чекали мовчки. Нарешті спалахнув сигнал над дверима. Головний натиснув кнопку. Незграбно пересуваючи ноги, що звикли до важкого скафандра, увійшов Психолог. Він привітався і, взявшись за спинку вільного стільця, нерішуче зупинився.</w:t>
      </w:r>
    </w:p>
    <w:p>
      <w:r>
        <w:br/>
        <w:t>— У мене є важливе повідомлення, Головний. Зачекати, коли кінчиться нарада?</w:t>
      </w:r>
    </w:p>
    <w:p>
      <w:r>
        <w:br/>
        <w:t>— Ми чекали на вас. Потрібна консультація. Сідайте.</w:t>
      </w:r>
    </w:p>
    <w:p>
      <w:r>
        <w:br/>
        <w:t>— Спершу я повинен сказати. Я все думав про кораблі, про наші кораблі. Їх тут немає! Їх немає тому, що вони... вони летять...</w:t>
      </w:r>
    </w:p>
    <w:p>
      <w:r>
        <w:br/>
        <w:t>Психолог чекав будь-якої реакції, тільки не такої. Всі, хто був у Головного, мовчки дивилися на нього — так, наче він виступає у дебатах з дуже важливого і всім відомого питання.</w:t>
      </w:r>
    </w:p>
    <w:p>
      <w:r>
        <w:br/>
        <w:t>— Кораблі полетіли звідси, — повторив Психолог і замовк.</w:t>
      </w:r>
    </w:p>
    <w:p>
      <w:r>
        <w:br/>
        <w:t>— Це ма вже чули, — доторкнувся до його руки Головний. — Нам хотілося б знати хід вашої думки.</w:t>
      </w:r>
    </w:p>
    <w:p>
      <w:r>
        <w:br/>
        <w:t>— Туга за батьківщиною — я так можу це назвати. Ніде не відчувається вона з такою силою, як на цій планеті. Я перевіряв на багатьох. Ми щойно говорили про це з Геологом. До Ести ще не встигли призвичаїтись, особливо ті, хто летів на перших двох кораблях. Це були земляни душею і тілом. Раптовий спалах ностальгії. Масовий психоз. Вони полетіли, не думаючи про наслідки. Вони летять на Землю.</w:t>
      </w:r>
    </w:p>
    <w:p>
      <w:r>
        <w:br/>
        <w:t>— Саме так може діяти зона зворотного потоку часу! Психолог має рацію! — Теоретик мало не кричав. — Так, вони летять до Землі! Треба повідомити на Есту. Хай негайно стартують перехоплювачі!</w:t>
      </w:r>
    </w:p>
    <w:p>
      <w:r>
        <w:br/>
        <w:t>— Це неймовірно. Там Стеб і Кренов. Обидва — уособлене сумління, — сказав Головний.</w:t>
      </w:r>
    </w:p>
    <w:p>
      <w:r>
        <w:br/>
        <w:t>— Але не за екватором 436-ї! — вигукнув Теоретик.</w:t>
      </w:r>
    </w:p>
    <w:p>
      <w:r>
        <w:br/>
        <w:t>Психолог дивився то на Головного, то на Теоретика, не розуміючи, до чого тут екватор. Нарешті Фізик зглянувся над ним.</w:t>
      </w:r>
    </w:p>
    <w:p>
      <w:r>
        <w:br/>
        <w:t>— Наш молодий колега вважає, що за екватором планети є якийсь зворотний час, час із знаком мінус. У нас не спрацювали деякі прилади для вимірювання проміжків часу. Це сталося за екватором — і от вам висновок. Фантасмагорія!</w:t>
      </w:r>
    </w:p>
    <w:p>
      <w:r>
        <w:br/>
        <w:t>— Навпаки. Я готовий погодитися з висновками Теоретика. Зрештою, це можна перевірити. Я готовий вилетіти за екватор.</w:t>
      </w:r>
    </w:p>
    <w:p>
      <w:r>
        <w:br/>
        <w:t>— Прошу тиші, — рівним голосом проказав Головний.</w:t>
      </w:r>
    </w:p>
    <w:p>
      <w:r>
        <w:br/>
        <w:t>І увімкнув усі системи зв’язку.</w:t>
      </w:r>
    </w:p>
    <w:p>
      <w:r>
        <w:br/>
        <w:t>— Готовність до старту! Оголошую готовність номер три!</w:t>
      </w:r>
    </w:p>
    <w:p>
      <w:r>
        <w:br/>
        <w:t>Головний вимкнув зв’язок.</w:t>
      </w:r>
    </w:p>
    <w:p>
      <w:r>
        <w:br/>
        <w:t>— Вдячний вам, друзі. Ми стартуємо. Теоретика і Психолога прошу терміново скласти рапорт і передати його на Есту. Просіть не затримувати запуск рятівних команд.</w:t>
      </w:r>
    </w:p>
    <w:p>
      <w:r>
        <w:br/>
        <w:t>Головний помовчав трохи, а потім сказав, карбуючи кожне слово:</w:t>
      </w:r>
    </w:p>
    <w:p>
      <w:r>
        <w:br/>
        <w:t>— Старт корабля не затримувати ні на хвилину. Працюють лише автомати. Всім членам екіпажу бути у відсіках для відпочинку. Приладів не торкатися. Я схильний розширити висновки Теоретика. Мені здається, що поле аворотного часу не обмежується екватором, воно перемінне. Річ у тім, що я все частіше думаю... про повернення...</w:t>
      </w:r>
    </w:p>
    <w:p>
      <w:r>
        <w:br/>
        <w:t>...Ракети з Ести не встигли наздогнати втікачів. Кораблі зникли в радіоактивному ореолі.</w:t>
      </w:r>
    </w:p>
    <w:p>
      <w:r>
        <w:br/>
        <w:t>— Якщо їх не зрадив ваш зворотний час, — сказав Головний, — вони мусили відчути своє дитинство.</w:t>
      </w:r>
    </w:p>
    <w:p>
      <w:r>
        <w:br/>
        <w:t>— Тепер це не має жодного значення, — відповів Теоретик.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Втеча у вчора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