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Всенетакія</w:t>
      </w:r>
    </w:p>
    <w:p>
      <w:r>
        <w:br/>
        <w:t xml:space="preserve"> &lt;p&gt;ПРИГОДА ПЕРША</w:t>
      </w:r>
    </w:p>
    <w:p>
      <w:r>
        <w:br/>
        <w:t>Чи знаєте ви, що найважче у світі? А втім, гадати, мабуть, не варто. Запитайте краще про це в учня третього "А" класу Грицька Зінька із села Лоцманки, і ви дістанете точну і вичерпну відповідь. Виявляється, що найважче у світі — бути уважним на уроці, сидіти за партою і ні про що стороннє не думати. Тобто не соватися за партою, не дивитись у вікно на Дніпро, не мріяти про футбол, не смикати Олену Швидку за кіски, не пускати літачків, не шепотітися з Толиком Прокопенком, не підбивати Валі Покотилу, не… Ох, і багато ж набереться ще отих "не"!</w:t>
      </w:r>
    </w:p>
    <w:p>
      <w:r>
        <w:br/>
        <w:t>А дома що найважче? На глибоке Грицеве переконання, це вчити уроки, коли тобі кортить на вигін, де твої друзі з галасом ганяють м’яча, не рвати штанів, не збивати черевиків, не лазити по деревах і ярах за селом, перед обідом мити руки і… Одне слово, побільше вчити уроки і поменше гуляти. Ще й лягати о дев’ятій, знаючи, що мама й тато після програми "Час" дивитимуться кіно… А потім найважче встати о сьомій, щоб без двадцяти вісім бути у школі. Слухняним, зразковим, з вивченими уроками.</w:t>
      </w:r>
    </w:p>
    <w:p>
      <w:r>
        <w:br/>
        <w:t>Ох, як це важко, ви навіть уявити собі не можете!</w:t>
      </w:r>
    </w:p>
    <w:p>
      <w:r>
        <w:br/>
        <w:t>Ось і цього разу, помахуючи портфелем, спішив Гриць до школи, а опинився у вибалках за селом. Просто так, на хвилинку забіг. А у вибалках гарно, там отакезні волохаті джмелі гудуть. І раптом з-за дикої груші вилетів метелик. Знаменита "мертва голова"! Таж такого метелика у їхньому класі ще ніхто не мав! Великий, наче вбраний в чорний оксамит, метелик з білим черепом на спині повільно пролетів через галяву і зник. Як Грицько не бігав, не шукав — марно. І метелика не зловив, і портфель невідомо де приткнув, і, звичайно ж, на заняття запізнився…</w:t>
      </w:r>
    </w:p>
    <w:p>
      <w:r>
        <w:br/>
        <w:t>"Знову батька до школи викличуть", — тяжко зітхнув хлопець.</w:t>
      </w:r>
    </w:p>
    <w:p>
      <w:r>
        <w:br/>
        <w:t>Зненацька згори долинуло якесь легке потріскування. Гриць звів голову: просто перед ним на галяву опускалася срібляста куля, що розсіювала навколо себе голубувате сяйво. Ось із неї висунулися три ноги, трохи зігнуті в колінах, а зверху з’явилися дві довгі гнучкі лозини. Сідаючи, чи то пак стаючи ногами в траву, куля трохи пострибала і завмерла. Тоді відчинилися дверці, і на галяву з кулі вистрибнув хлопчик. Зросту він був такого, як і Гриць, але дивний якийсь, смішний. Наче великий мураш. Руки-ноги тонкі, голова здоровенна, очі круглі, ще й вуха отакі!.. І все стрибає, стрибає. Гриць засміявся.</w:t>
      </w:r>
    </w:p>
    <w:p>
      <w:r>
        <w:br/>
        <w:t>— Ей, ти, коник-стрибунець! Що то в тебе на голові?</w:t>
      </w:r>
    </w:p>
    <w:p>
      <w:r>
        <w:br/>
        <w:t>— То антени, — сказав хлопчик-мураха.</w:t>
      </w:r>
    </w:p>
    <w:p>
      <w:r>
        <w:br/>
        <w:t>— Ти часом не із станції юних техніків утік? — поцікавився Грицько. — Я Грицько Зінько, а ти хто такий?</w:t>
      </w:r>
    </w:p>
    <w:p>
      <w:r>
        <w:br/>
        <w:t>— А я — Шмигик-Мигик, — каже той. — Я дуже прудкий і непосидючий.</w:t>
      </w:r>
    </w:p>
    <w:p>
      <w:r>
        <w:br/>
        <w:t>Стрибнув і зник за кущем. Метнувся за ним Гриць, а Шмигик-Мигик уже позад нього сміється.</w:t>
      </w:r>
    </w:p>
    <w:p>
      <w:r>
        <w:br/>
        <w:t>— Прудкий! — згодився Гриць. — Ото здивуються у школі, як про тебе розкажу. Погано, що я в школу запізнився.</w:t>
      </w:r>
    </w:p>
    <w:p>
      <w:r>
        <w:br/>
        <w:t>— Хіба це погано, коли в школу запізнюються? — спитав Шмигик Мигик. — От новина-а… Та у нас за це тільки хвалять.</w:t>
      </w:r>
    </w:p>
    <w:p>
      <w:r>
        <w:br/>
        <w:t>— Ти з неба звалився? — здивувався Гриць.</w:t>
      </w:r>
    </w:p>
    <w:p>
      <w:r>
        <w:br/>
        <w:t>— Ага, — не образився хлопчик. — У нас, всенетаківців, хто коли захоче, тоді і йде до школи.</w:t>
      </w:r>
    </w:p>
    <w:p>
      <w:r>
        <w:br/>
        <w:t>— А хто ж ви такі — всенетаківці?</w:t>
      </w:r>
    </w:p>
    <w:p>
      <w:r>
        <w:br/>
        <w:t>— Ті, хто живе на планеті Всенетак.</w:t>
      </w:r>
    </w:p>
    <w:p>
      <w:r>
        <w:br/>
        <w:t>— У вас і вдома уроків не треба вчити?</w:t>
      </w:r>
    </w:p>
    <w:p>
      <w:r>
        <w:br/>
        <w:t>— Не треба.</w:t>
      </w:r>
    </w:p>
    <w:p>
      <w:r>
        <w:br/>
        <w:t>— А що ж ви тоді робите? — не йняв віри Гриць.</w:t>
      </w:r>
    </w:p>
    <w:p>
      <w:r>
        <w:br/>
        <w:t>— Байдики б’ємо. У мене, наприклад, перший розряд з биття байдиків! — Шмигик-Мигик аж запишався.</w:t>
      </w:r>
    </w:p>
    <w:p>
      <w:r>
        <w:br/>
        <w:t>— От би у вас пожити! — заздрісно мовив Гриць.</w:t>
      </w:r>
    </w:p>
    <w:p>
      <w:r>
        <w:br/>
        <w:t>— Гайда! — Шмигик-Мигик відчинив дверцята кулі. — Сідай. І ти будеш щасливий на планеті Всенетак.</w:t>
      </w:r>
    </w:p>
    <w:p>
      <w:r>
        <w:br/>
        <w:t>Гриць повагався, а тоді махнув рукою і пішов за Шмигиком-Мигиком у сріблясту кулю. Дверці за ними зачинилися, і куля легко та плавно почала підійматися.</w:t>
      </w:r>
    </w:p>
    <w:p>
      <w:r>
        <w:br/>
        <w:t>— Ой, летимо! — вигукнув Гриць, побачивши в ілюмінаторі, як далеко внизу зменшувались хати.</w:t>
      </w:r>
    </w:p>
    <w:p>
      <w:r>
        <w:br/>
        <w:t>Зменшувалась і гора, що тяглася понад Дніпром, розтанула двоповерхова школа із садом та стадіоном. І дивно: защемило у Гриця серце. Так йому захотілося зайти у свій клас, сісти за парту… Але — пізно. Куля, набираючи швидкість, несла Грицька Зінька у щасливу країну, де можна з ранку й до вечора тільки те й робити, що… нічого не робити.</w:t>
      </w:r>
    </w:p>
    <w:p>
      <w:r>
        <w:br/>
        <w:t>ПРИГОДА ДРУГА</w:t>
      </w:r>
    </w:p>
    <w:p>
      <w:r>
        <w:br/>
        <w:t>Ось так зовсім негадано для самого себе і опинився Грицько Зінько того ранку у всенетаківській школі.</w:t>
      </w:r>
    </w:p>
    <w:p>
      <w:r>
        <w:br/>
        <w:t>І почалось неймовірне.</w:t>
      </w:r>
    </w:p>
    <w:p>
      <w:r>
        <w:br/>
        <w:t>Вчителька щось розповідала, але її ніхто не слухав. Клас гудів, як вулик: хто смикав дівчаток за кіски, хто пускав паперових літачків, хто давав сусідові щигля. А вчителька не звертала аніякогісінької уваги на той шарварок. Гриць так розгубився, що сидів за партою наче приклеєний і ніяк не міг збагнути, куди ж він потрапив. Та ось нарешті і перевірка домашніх завдань. Перший вийшов до дошки Шмигик-Мигик.</w:t>
      </w:r>
    </w:p>
    <w:p>
      <w:r>
        <w:br/>
        <w:t>— Домашнього завдання я не виконав! — весело, на увесь клас вигукнув він. — Я гуляв, потім літав на планету Земля, ніколи було.</w:t>
      </w:r>
    </w:p>
    <w:p>
      <w:r>
        <w:br/>
        <w:t>— Сідай, "п’ять", — сказала вчителька.</w:t>
      </w:r>
    </w:p>
    <w:p>
      <w:r>
        <w:br/>
        <w:t>Шмигик-Мигик, широко усміхаючись, шепнув Грицеві:</w:t>
      </w:r>
    </w:p>
    <w:p>
      <w:r>
        <w:br/>
        <w:t>— Ось як легко у нас заробляти п’ятірки!</w:t>
      </w:r>
    </w:p>
    <w:p>
      <w:r>
        <w:br/>
        <w:t>— А може, ваша п’ятірка така, як у нас одиниця? — запитав Гриць. — Одиницю у нас теж зовсім легко схопити.</w:t>
      </w:r>
    </w:p>
    <w:p>
      <w:r>
        <w:br/>
        <w:t>Приятель не встиг відповісти, бо вчителька викликала до дошки ще одного учня. Той весело відповів, що двічі по два буде три або ж п’ять.</w:t>
      </w:r>
    </w:p>
    <w:p>
      <w:r>
        <w:br/>
        <w:t>— Не знаєш, — мовила вчителька. — Сідай, "п’ять".</w:t>
      </w:r>
    </w:p>
    <w:p>
      <w:r>
        <w:br/>
        <w:t>— Ого! — вихопилось у Гриця. — Не знаєш і "п’ять"!</w:t>
      </w:r>
    </w:p>
    <w:p>
      <w:r>
        <w:br/>
        <w:t>Вчителька пильно глянула на Гриця.</w:t>
      </w:r>
    </w:p>
    <w:p>
      <w:r>
        <w:br/>
        <w:t>— Здається, новенький нам щось хоче сказати?</w:t>
      </w:r>
    </w:p>
    <w:p>
      <w:r>
        <w:br/>
        <w:t>Гриць випалив:</w:t>
      </w:r>
    </w:p>
    <w:p>
      <w:r>
        <w:br/>
        <w:t>— Двічі по два буде чотири!</w:t>
      </w:r>
    </w:p>
    <w:p>
      <w:r>
        <w:br/>
        <w:t>— Правильно. Сідай. "Два".</w:t>
      </w:r>
    </w:p>
    <w:p>
      <w:r>
        <w:br/>
        <w:t>Гриць сів, але відразу ж і схопився.</w:t>
      </w:r>
    </w:p>
    <w:p>
      <w:r>
        <w:br/>
        <w:t>— Як "два"? Завіщо?</w:t>
      </w:r>
    </w:p>
    <w:p>
      <w:r>
        <w:br/>
        <w:t>— За те, що знаєш, — спокійно сказала вчителька. — П’ятірка ставиться лише тим, хто нічого не знає. Та й за поведінку ставлю тобі одиницю.</w:t>
      </w:r>
    </w:p>
    <w:p>
      <w:r>
        <w:br/>
        <w:t>— Треба ж навпаки! Хто пустує, тому одиницю ставлять. А я сидів тихо! — вигукнув Гриць.</w:t>
      </w:r>
    </w:p>
    <w:p>
      <w:r>
        <w:br/>
        <w:t>Що тут зчинилося у всенетаківському класі! Всі так і зайшлися реготом. І казали, що на планеті Земля просто все переплутано, все навпаки…</w:t>
      </w:r>
    </w:p>
    <w:p>
      <w:r>
        <w:br/>
        <w:t>— Та ні, це у вас усе навпаки, — намагався довести Гриць, але ніхто з учнів його не слухав. Більше того, Гриця одностайно визнали "Великим— Превеликим Вигадником і Фантазером".</w:t>
      </w:r>
    </w:p>
    <w:p>
      <w:r>
        <w:br/>
        <w:t>— Думав тихенько посидіти і п’ятірку схопити? — разом з усіма сміявся і Шмигик-Мигик. — У нас за п’ятірку, брате, треба до сьомого поту пустувати на уроці</w:t>
      </w:r>
    </w:p>
    <w:p>
      <w:r>
        <w:br/>
        <w:t>ПРИГОДА ТРЕТЯ</w:t>
      </w:r>
    </w:p>
    <w:p>
      <w:r>
        <w:br/>
        <w:t>Після уроків Шмигик-Мигик запросив Гриця до себе додому. Тільки вони переступили поріг, як Шмигик-Мигик кинув батькові портфель і сказав:</w:t>
      </w:r>
    </w:p>
    <w:p>
      <w:r>
        <w:br/>
        <w:t>— Щоб до вечора всі мої уроки були пороблені! А мені ніколи: футбол!</w:t>
      </w:r>
    </w:p>
    <w:p>
      <w:r>
        <w:br/>
        <w:t>— Синку! — забідкався батько. — Я ж поспішаю на роботу.</w:t>
      </w:r>
    </w:p>
    <w:p>
      <w:r>
        <w:br/>
        <w:t>— Доки не поробиш уроків — ніяких робіт— звелів Шмигик-Мигик. — Та старайся, щоб мої домашні завдання були найкращі. Я не збираюся через тебе червоніти перед усім класом!</w:t>
      </w:r>
    </w:p>
    <w:p>
      <w:r>
        <w:br/>
        <w:t>Батько позітхав-позітхав і мусив погодитись.</w:t>
      </w:r>
    </w:p>
    <w:p>
      <w:r>
        <w:br/>
        <w:t>— Точнісінько, як і у нас на Землі, — подумав Гриць. — Тільки все навпаки. Бо мені батько каже: не повчиш уроків — не смій гуляти. Та старайся, щоб я не червонів перед учителем за тебе!</w:t>
      </w:r>
    </w:p>
    <w:p>
      <w:r>
        <w:br/>
        <w:t>До вечора Шмигик-Мигик і Гриць ганяли м’яча. А нагулявшись вволю, Гриць спитав свого друга, чи не пора їм уже спати.</w:t>
      </w:r>
    </w:p>
    <w:p>
      <w:r>
        <w:br/>
        <w:t>— Це у вас на Землі діти рано лягають, — вигукнув приятель. — Скільки разів тобі повторювати, що в нас усе не так. У нас батьки лягають о дев’ятій вечора, а діти дивляться кіно хоч і до півночі.</w:t>
      </w:r>
    </w:p>
    <w:p>
      <w:r>
        <w:br/>
        <w:t>О дев’ятій вечора, подивившись мультфільм для дорослих, батьки Шмигика-Мигика і справді полягали спати. Щоправда спершу не хотіли, вередували, точнісінько, як на Землі вередують діти, але Шмигик-Мигик гримнув, і батьки змушені були скоритися.</w:t>
      </w:r>
    </w:p>
    <w:p>
      <w:r>
        <w:br/>
        <w:t>— Ну, Грицю, тепер ми вільні птиці! — Шмигик-Мигик увімкнув телевізор, і на голубому екрані з’явилася назва кінофільму.</w:t>
      </w:r>
    </w:p>
    <w:p>
      <w:r>
        <w:br/>
        <w:t>— Читай, Грицю, швидше, як кіно називається?! — закричав Шмигик-Мигик.</w:t>
      </w:r>
    </w:p>
    <w:p>
      <w:r>
        <w:br/>
        <w:t>— "Пригоди Чорної маски". Серія сто сорок сьома. Хіба ти сам не прочитаєш? — здивувався Гриць.</w:t>
      </w:r>
    </w:p>
    <w:p>
      <w:r>
        <w:br/>
        <w:t>Шмигик-Мигик знизав плечима.</w:t>
      </w:r>
    </w:p>
    <w:p>
      <w:r>
        <w:br/>
        <w:t>— А як же я прочитаю, коли не вмію?</w:t>
      </w:r>
    </w:p>
    <w:p>
      <w:r>
        <w:br/>
        <w:t>— Як?.. — Гриць навіть про сто сорок сьому серію "Чорної маски" забув. — Зовсім не вмієш читати?</w:t>
      </w:r>
    </w:p>
    <w:p>
      <w:r>
        <w:br/>
        <w:t>— Не вмію! — Шмигик-Мигик почав гніватись. — Чого ти причепився? Скільки разів я пояснюватиму, що у нас усе не так! За мене ж батьки домашні завдання роблять, тому я й читати не тямлю. І не заважай мені дивитися про Чорну маску. Тссс!..</w:t>
      </w:r>
    </w:p>
    <w:p>
      <w:r>
        <w:br/>
        <w:t>Починається…</w:t>
      </w:r>
    </w:p>
    <w:p>
      <w:r>
        <w:br/>
        <w:t>Але стомлений Гриць заснув, так і не додивившись незвичайних пригод Чорної маски. І снилося йому, що він удома, на Землі… Ранок. Гриць веде свого батька. І батько міцно тримається за синову руку, а другою крутить сивий вус. І йдуть вони… Куди б, ви думали? У дитячий садок, що називається тепер батькосадок.</w:t>
      </w:r>
    </w:p>
    <w:p>
      <w:r>
        <w:br/>
        <w:t>— Мені ж на роботу, який садок? — пхинькає та вередує батько. — Це я тебе колись туди водив. Я, а не ти мене.</w:t>
      </w:r>
    </w:p>
    <w:p>
      <w:r>
        <w:br/>
        <w:t>— А тепер усе навпаки, — повчає Гриць. — Тепер діти водять своїх батьків у садок! Ясно?</w:t>
      </w:r>
    </w:p>
    <w:p>
      <w:r>
        <w:br/>
        <w:t>— Та ясно, — зітхає батько. — Ти хоч рано мене забереш?</w:t>
      </w:r>
    </w:p>
    <w:p>
      <w:r>
        <w:br/>
        <w:t>— Як нагуляюсь, так і заберу, — обіцяє син. — А ти ж гляди, тату, слухайся і не бешкетуй!</w:t>
      </w:r>
    </w:p>
    <w:p>
      <w:r>
        <w:br/>
        <w:t>І, прокинувшись, засміявся.</w:t>
      </w:r>
    </w:p>
    <w:p>
      <w:r>
        <w:br/>
        <w:t>— Ну й дивні ж сни сняться на чудернацькій планеті Всенетак!</w:t>
      </w:r>
    </w:p>
    <w:p>
      <w:r>
        <w:br/>
        <w:t>ПРИГОДА ЧЕТВЕРТА</w:t>
      </w:r>
    </w:p>
    <w:p>
      <w:r>
        <w:br/>
        <w:t>Поснідавши, Шмигик-Мигик і Гриць гайнули в місто. Тиняючись вулицями, хлопці спинилися біля химерного будинку з написом на фасаді: "Будинок іграшок". Гриць хотів було зайти, але на дверях виріс грізний робот і сердито заблимав лампочками.</w:t>
      </w:r>
    </w:p>
    <w:p>
      <w:r>
        <w:br/>
        <w:t>— Дітям заборонено заходити у Будинок іграшок! — проскрипів він металевим голосом.</w:t>
      </w:r>
    </w:p>
    <w:p>
      <w:r>
        <w:br/>
        <w:t>— Як це заборонено? — розгубився Гриць, бо такого він ще жодного разу не чув на Землі.</w:t>
      </w:r>
    </w:p>
    <w:p>
      <w:r>
        <w:br/>
        <w:t>Робот байдуже миготів лампочками.</w:t>
      </w:r>
    </w:p>
    <w:p>
      <w:r>
        <w:br/>
        <w:t>— На планеті Всенетак іграшки тільки для дорослих! — проказав він. — Можете привести свого тата чи маму, бабусю чи дідуся і вибрати для них іграшку.</w:t>
      </w:r>
    </w:p>
    <w:p>
      <w:r>
        <w:br/>
        <w:t>— Тю! — вихопилося в Гриця.</w:t>
      </w:r>
    </w:p>
    <w:p>
      <w:r>
        <w:br/>
        <w:t>— Що означає "тю"? — запитав робот. — У моїй електронній пам’яті такого слова немає.</w:t>
      </w:r>
    </w:p>
    <w:p>
      <w:r>
        <w:br/>
        <w:t>Гриць махнув рукою.</w:t>
      </w:r>
    </w:p>
    <w:p>
      <w:r>
        <w:br/>
        <w:t>Побалакай з вами! У нас, на Землі, іграшки тільки для дітей, а ви…</w:t>
      </w:r>
    </w:p>
    <w:p>
      <w:r>
        <w:br/>
        <w:t>— Послухайте… Е-е… — Гриць подумки підбирав різні слова, як би краще назвати робота, але нічого не пригадав. — Послухайте, дядьку, пустіть нас у магазин.</w:t>
      </w:r>
    </w:p>
    <w:p>
      <w:r>
        <w:br/>
        <w:t>— Що означає "дядьку"? — байдуже перепитав робот.</w:t>
      </w:r>
    </w:p>
    <w:p>
      <w:r>
        <w:br/>
        <w:t>А мимо них маленькі діти вели за руки своїх батьків, і робот пускав їх у магазин. Гриць ледве відірвав погляд від барвистої вітрини і, похнюпивши голову, побрів вулицею.</w:t>
      </w:r>
    </w:p>
    <w:p>
      <w:r>
        <w:br/>
        <w:t>— Та як ви тільки живете на своєму Всенетаку? — дорікав він приятелю. — От у нас, у Лоцманці…</w:t>
      </w:r>
    </w:p>
    <w:p>
      <w:r>
        <w:br/>
        <w:t>— Але у вашій Лоцманці діти щодня ходять до школи, — ображено вставив Шмигик-Мигик. — А ми — гуляємо!</w:t>
      </w:r>
    </w:p>
    <w:p>
      <w:r>
        <w:br/>
        <w:t>— Що ти затявся зі своїми гульками? — спалахнув Гриць. — Теж мені знайшов заняття. Гульки та гульки! Гуляти теж колись набридне. А ти жодної книги не прочитав. І ким ти виростеш?</w:t>
      </w:r>
    </w:p>
    <w:p>
      <w:r>
        <w:br/>
        <w:t>Шмигик-Мигик з гордістю вигукнув:</w:t>
      </w:r>
    </w:p>
    <w:p>
      <w:r>
        <w:br/>
        <w:t>— Ясно ким — гулякою! Тут тобі не твоя Лоцманка!</w:t>
      </w:r>
    </w:p>
    <w:p>
      <w:r>
        <w:br/>
        <w:t>Шмигик-Мигик аж підстрибнув на радощах і побіг геть. Гуляти.</w:t>
      </w:r>
    </w:p>
    <w:p>
      <w:r>
        <w:br/>
        <w:t>ПРИГОДА П’ЯТА</w:t>
      </w:r>
    </w:p>
    <w:p>
      <w:r>
        <w:br/>
        <w:t>— Постривай, Шмигику! — кричав Гриць. — Ти мене привіз на свою чудернацьку планету, то одвозь і назад у Лоцманку. Не хочу я у вас більше жити! Переплутали все і раді!</w:t>
      </w:r>
    </w:p>
    <w:p>
      <w:r>
        <w:br/>
        <w:t>На вулиці з’явилася куля, смішно застрибала на своїх тоненьких довгих ніжках. Шмигик-Мигик підняв руку, куля спинилась. Не озираючись, Шмигик-Мигик скочив у неї, зачинив дверці. Коли Гриць добіг, куля вже почала підійматися.</w:t>
      </w:r>
    </w:p>
    <w:p>
      <w:r>
        <w:br/>
        <w:t>— Та почекай, кажу! — Хлопець вчепився руками в ніжку кулі, хотів було її утримати і відчув, що… летить.</w:t>
      </w:r>
    </w:p>
    <w:p>
      <w:r>
        <w:br/>
        <w:t>Стрибати було пізно. Внизу пливли дахи будинків. Учепившись обома руками, Гриць підтягнувся і зажмурився від страху. Чи ж надовго вистачить сил висіти отак? А куля здіймалась усе вище й вище. Місто лишилося позаду, а попереду виднілася зелена рівнина з гаями і чагарями. Зовсім, як біля Лоцманки. Та ось куля пішла на зниження, і в Гриця трохи відлягло від серця. Ще трохи — і куля м’яко застрибала на галяві. Розчепіривши пальці, Гриць беркицьнувся в траву. А коли звівся, то Шмигик-Мигик уже був далеко.</w:t>
      </w:r>
    </w:p>
    <w:p>
      <w:r>
        <w:br/>
        <w:t>— Стривай! — крикнув Гриць. — Ти ж куди?</w:t>
      </w:r>
    </w:p>
    <w:p>
      <w:r>
        <w:br/>
        <w:t>— Гуляти! — підстрибував приятель. — Цілий день гулятиму, де захочу, а ти повертайся у свою Лоцманку і зубри уроки. Ха— ха!</w:t>
      </w:r>
    </w:p>
    <w:p>
      <w:r>
        <w:br/>
        <w:t>Підстрибуючи, як м’ячик, хлопчик побіг. Кинувшись за ним, Гриць побачив щит. Ще здалеку прочитав:</w:t>
      </w:r>
    </w:p>
    <w:p>
      <w:r>
        <w:br/>
        <w:t>СТІЙ!!! НЕБЕЗПЕЧНА ЗОНА! СЮДИ ЗАЛІТАЄ УЛУМ-ТУЛУМ!!!</w:t>
      </w:r>
    </w:p>
    <w:p>
      <w:r>
        <w:br/>
        <w:t>"ОСОБЛИВО НЕБЕЗПЕЧНИЙ ДЛЯ ДІТЕЙ!!!"</w:t>
      </w:r>
    </w:p>
    <w:p>
      <w:r>
        <w:br/>
        <w:t>Хто такий Улум-Тулум, Гриць не знав, а Шмигик-Мигик пробіг мимо щита із загрозливим написом і зник у чагарях. Він же не вміє читати! І Грицеві стало шкода всенетаківського приятеля. Ще в пастку до Улум-Тулума потрапить.</w:t>
      </w:r>
    </w:p>
    <w:p>
      <w:r>
        <w:br/>
        <w:t>Зненацька навкруг потемніло, війнув вітер, ніби хто замахав величезними віялами. Гриць звів голову й вжахнувся: над ним летіло щось чорне, страшне, здоровецьке. Воно розмахувало страхітливими крилами, ворушило волохатими кривими лапами, наче хапало щось у повітрі. Метелик!..</w:t>
      </w:r>
    </w:p>
    <w:p>
      <w:r>
        <w:br/>
        <w:t>Гігантський метелик, певне, вдесятеро більший за нього, Гриця! А слідом за велетнем летів трохи менший метелик. Теж оксамитово— чорний і теж з білим черепом на спині.</w:t>
      </w:r>
    </w:p>
    <w:p>
      <w:r>
        <w:br/>
        <w:t>Гриць похолов.</w:t>
      </w:r>
    </w:p>
    <w:p>
      <w:r>
        <w:br/>
        <w:t>Ну й дива! Як махне крилами — трава лягає. А лапи які волохаті — бррр!.. Як у павука. Тут Гриць пригадав, що і в Лоцманці часом з’являється метелик, "мертва голова", але звичайний, маленький. Гриць ще позавчора ганявся за ним по горбах і портфель загубив. А тут метелики більші за людей! От би спіймати такого метелика та принести в школу! Вся Лоцманка прибігла б дивитись. Та що там Лоцманка! Із самої академії приїхали б учені по такого метелика, ще б і назвали його так: "Гігантський метелик Грицька Зінька".</w:t>
      </w:r>
    </w:p>
    <w:p>
      <w:r>
        <w:br/>
        <w:t>Гриць зітхнув. Ет, спробуй такого спіймати, як він більший за найбільшого у їхньому селі дядька Полікарпа. Такого метелика хіба що на машині привезеш…</w:t>
      </w:r>
    </w:p>
    <w:p>
      <w:r>
        <w:br/>
        <w:t>— Тату, спіймай мені хлопчика, — раптом запищав менший метелик.</w:t>
      </w:r>
    </w:p>
    <w:p>
      <w:r>
        <w:br/>
        <w:t>"Чи мені вчулося, чи тут метелики й справді розмовляють людською мовою?" — подумав Гриць.</w:t>
      </w:r>
    </w:p>
    <w:p>
      <w:r>
        <w:br/>
        <w:t>— Навіщо тобі той хлопчик? — озвався великий метелик.</w:t>
      </w:r>
    </w:p>
    <w:p>
      <w:r>
        <w:br/>
        <w:t>Голос у нього був неприємний, тріскучий.</w:t>
      </w:r>
    </w:p>
    <w:p>
      <w:r>
        <w:br/>
        <w:t>— У моїй колекції немає такого гарного хлопчика.</w:t>
      </w:r>
    </w:p>
    <w:p>
      <w:r>
        <w:br/>
        <w:t>— Ну, гаразд, синку. Де наш сачок?</w:t>
      </w:r>
    </w:p>
    <w:p>
      <w:r>
        <w:br/>
        <w:t>Волохатими кривими лапами метелик взявся за сачок. Гриць злякався і чимдуж кинувся тікати.</w:t>
      </w:r>
    </w:p>
    <w:p>
      <w:r>
        <w:br/>
        <w:t>— Лови його! Лови-и-и! — заверещав малий метелик.</w:t>
      </w:r>
    </w:p>
    <w:p>
      <w:r>
        <w:br/>
        <w:t>— Від нас не втече, — протріщав великий.</w:t>
      </w:r>
    </w:p>
    <w:p>
      <w:r>
        <w:br/>
        <w:t>Гриць плутався у густій траві, а позад нього вже свистів вітер. То летів гігантський метелик.</w:t>
      </w:r>
    </w:p>
    <w:p>
      <w:r>
        <w:br/>
        <w:t>— Та що ви робите?!! — обурювався Гриць. — То діти ловлять метеликів. Діти, а не метелики дітей!</w:t>
      </w:r>
    </w:p>
    <w:p>
      <w:r>
        <w:br/>
        <w:t>Над головою в Гриця просвистіла якась сітка і впала в траву. Сачок! Він у сачку! Ех, не треба було летіти на цю планету!</w:t>
      </w:r>
    </w:p>
    <w:p>
      <w:r>
        <w:br/>
        <w:t>— Спіймався, спіймався! — аж верещав з радощів малий метелик. — Витягни його, тату, і ми посадимо цього хлопчика в коробочку…</w:t>
      </w:r>
    </w:p>
    <w:p>
      <w:r>
        <w:br/>
        <w:t>Гриць помітив між сачком і землею щілинку, шмигнув туди і…</w:t>
      </w:r>
    </w:p>
    <w:p>
      <w:r>
        <w:br/>
        <w:t>ПРИГОДА ШОСТА</w:t>
      </w:r>
    </w:p>
    <w:p>
      <w:r>
        <w:br/>
        <w:t>… бридкі волохаті лапи цупко схопили хлопця за сорочку, підняли вгору. Хлопчик безпомічно заборсався в повітрі.</w:t>
      </w:r>
    </w:p>
    <w:p>
      <w:r>
        <w:br/>
        <w:t>— Нічого екземплярчик, — проскрипів великий метелик, уважно розглядаючи Гриця великими очима. — Цей хлопчик прикрасить нашу колекцію.</w:t>
      </w:r>
    </w:p>
    <w:p>
      <w:r>
        <w:br/>
        <w:t>— Я вам не екземплярчик, я — Грицько Зінько з Лоцманки! — закричав Гриць, все ще махаючи в повітрі руками й ногами, марно силкуючись вирватися з бридких лап. — Та відпустіть мене! Ви все переплутали на своїм Всенетаку! Метелики не ловлять людей!</w:t>
      </w:r>
    </w:p>
    <w:p>
      <w:r>
        <w:br/>
        <w:t>— Що він пищить? — спитав маленький метелик.</w:t>
      </w:r>
    </w:p>
    <w:p>
      <w:r>
        <w:br/>
        <w:t>— Він пищить з радощів, що ми спіймали його для нашої чудової колекції, — відповів великий метелик і став запихати Гриця в коробочку.</w:t>
      </w:r>
    </w:p>
    <w:p>
      <w:r>
        <w:br/>
        <w:t>Гриць опинився в такій темряві, наче замкнули його в глибокий льох. У пітьмі хтось раптом засопів.</w:t>
      </w:r>
    </w:p>
    <w:p>
      <w:r>
        <w:br/>
        <w:t>— Хто тут? — злякано прошепотів Гриць.</w:t>
      </w:r>
    </w:p>
    <w:p>
      <w:r>
        <w:br/>
        <w:t>— Я, Шмигик-Мигик…</w:t>
      </w:r>
    </w:p>
    <w:p>
      <w:r>
        <w:br/>
        <w:t>— І тебе спіймали?</w:t>
      </w:r>
    </w:p>
    <w:p>
      <w:r>
        <w:br/>
        <w:t>— Авжеж. Сам би я нізащо сюди не поліз.</w:t>
      </w:r>
    </w:p>
    <w:p>
      <w:r>
        <w:br/>
        <w:t>— Ну й звичаї на вашому Всенетаку! — обурювався Гриць. — Подумати тільки: мене, Грицька Зінька, якого у Лоцманці бояться всі собаки, якийсь нахабний метелик запхнув у коробку!</w:t>
      </w:r>
    </w:p>
    <w:p>
      <w:r>
        <w:br/>
        <w:t>— Мені з тобою, Грицю, зовсім не страшно.</w:t>
      </w:r>
    </w:p>
    <w:p>
      <w:r>
        <w:br/>
        <w:t>— Дуже радий! — буркнув Гриць. — Та тільки від цього мені не легше. Ех, ти!.. Занесло тебе сюди! Хіба не бачив, що написано на щиті? Грамотій!</w:t>
      </w:r>
    </w:p>
    <w:p>
      <w:r>
        <w:br/>
        <w:t>— Та я ж не вмію читати, — запхикав Шмигик-Мигик. — У мене п’ятірка за незнання.</w:t>
      </w:r>
    </w:p>
    <w:p>
      <w:r>
        <w:br/>
        <w:t>— От і влипли через твоє неуцтво!</w:t>
      </w:r>
    </w:p>
    <w:p>
      <w:r>
        <w:br/>
        <w:t>Якусь мить хлопці помовчали.</w:t>
      </w:r>
    </w:p>
    <w:p>
      <w:r>
        <w:br/>
        <w:t>Коробка погойдувалась, наче пливла. Мабуть, "мертва голова" летить і тримає коробку в лапах.</w:t>
      </w:r>
    </w:p>
    <w:p>
      <w:r>
        <w:br/>
        <w:t>— Слухай, Шмигику, нас і справді метелики спіймали для колекції? — обережно запитав Гриць.</w:t>
      </w:r>
    </w:p>
    <w:p>
      <w:r>
        <w:br/>
        <w:t>— А для чого ж? У нас метелики Улум-Тулум люблять колекціонувати хлопчиків.</w:t>
      </w:r>
    </w:p>
    <w:p>
      <w:r>
        <w:br/>
        <w:t>— А мене вони спитали? А може, я не люблю колекціонуватися? — Трохи подумав і зашепотів: — Ось що, Шмигику. Доки нас не перетворили на експонати для колекції, давай тікати, діяти.</w:t>
      </w:r>
    </w:p>
    <w:p>
      <w:r>
        <w:br/>
        <w:t>— А що таке… діяти?</w:t>
      </w:r>
    </w:p>
    <w:p>
      <w:r>
        <w:br/>
        <w:t>— Треба щось робити, поки не пізно, — шепотів Гриць.</w:t>
      </w:r>
    </w:p>
    <w:p>
      <w:r>
        <w:br/>
        <w:t>— Але ж я нічого не вмію робити, — розгубився Шмигик-Мигик. — Я член шкільного гуртка "Невмілі руки".</w:t>
      </w:r>
    </w:p>
    <w:p>
      <w:r>
        <w:br/>
        <w:t>— Знаю! — раптом радо вигукнув Гриць. — У мене в кишені ножик!</w:t>
      </w:r>
    </w:p>
    <w:p>
      <w:r>
        <w:br/>
        <w:t>Він дістав ножик, відкрив його і на денці коробки заходився колупати дірку. Ось у пітьму блиснув промінчик світла. Дірка більшала, більшала і зробилася зовсім велика.</w:t>
      </w:r>
    </w:p>
    <w:p>
      <w:r>
        <w:br/>
        <w:t>— Приготуйся, Шмигику, будемо стрибати!</w:t>
      </w:r>
    </w:p>
    <w:p>
      <w:r>
        <w:br/>
        <w:t>— Тату, тату, — почувся раптом голос малого метелика. — Експонати тікають!</w:t>
      </w:r>
    </w:p>
    <w:p>
      <w:r>
        <w:br/>
        <w:t>— Стрибай, Шмигику, бо експонатом станеш! — гукнув Гриць.</w:t>
      </w:r>
    </w:p>
    <w:p>
      <w:r>
        <w:br/>
        <w:t>Повагавшись, Шмигик-Мигик стрибнув, за ним стрибнув і Гриць.</w:t>
      </w:r>
    </w:p>
    <w:p>
      <w:r>
        <w:br/>
        <w:t>Стрибнув, відчув, що падає сторч головою, закричав і…</w:t>
      </w:r>
    </w:p>
    <w:p>
      <w:r>
        <w:br/>
        <w:t>ПРИГОДА СЬОМА І ОСТАННЯ</w:t>
      </w:r>
    </w:p>
    <w:p>
      <w:r>
        <w:br/>
        <w:t>… прокинувся.</w:t>
      </w:r>
    </w:p>
    <w:p>
      <w:r>
        <w:br/>
        <w:t>— Де я? Невже й досі в коробці?</w:t>
      </w:r>
    </w:p>
    <w:p>
      <w:r>
        <w:br/>
        <w:t>— Не в коробці, а в ліжку, — сміючись, мовила мама.</w:t>
      </w:r>
    </w:p>
    <w:p>
      <w:r>
        <w:br/>
        <w:t>— То я встиг вискочити? А де я зараз? На планеті Земля? У Лоцманці? Чи на Всенетаку?</w:t>
      </w:r>
    </w:p>
    <w:p>
      <w:r>
        <w:br/>
        <w:t>— Авжеж, не на Місяці, — засміялась мама.</w:t>
      </w:r>
    </w:p>
    <w:p>
      <w:r>
        <w:br/>
        <w:t>— А м-метелик де? Той, що хлопчиків сачком ловить для колекції?</w:t>
      </w:r>
    </w:p>
    <w:p>
      <w:r>
        <w:br/>
        <w:t>— Чи ти, бува, не захворів, синку? — мама помацала Гриців лоб. — Всю ніч щось бурмотів та все поривався тікати. І зараз таке щось кажеш… Хіба метелики ловлять дітей?</w:t>
      </w:r>
    </w:p>
    <w:p>
      <w:r>
        <w:br/>
        <w:t>— На планеті, де я був, ловлять. І на уроках там за пустощі ставлять п’ятірки. Чесне-пречесне!</w:t>
      </w:r>
    </w:p>
    <w:p>
      <w:r>
        <w:br/>
        <w:t>— Ну й вигадник же ти! — похитала мама головою. — Та досить жартувати, час іти до школи… Чи, може, ти не хочеш?</w:t>
      </w:r>
    </w:p>
    <w:p>
      <w:r>
        <w:br/>
        <w:t>— Хочу, хочу! — Гриць зістрибнув з ліжка, схопив рушник і побіг умиватися. — Мамо, а де Шмигик?</w:t>
      </w:r>
    </w:p>
    <w:p>
      <w:r>
        <w:br/>
        <w:t>— Хто?</w:t>
      </w:r>
    </w:p>
    <w:p>
      <w:r>
        <w:br/>
        <w:t>— Ну, Шмигик-Мигик… Хлопчик з ріжками— антенами. Він мене возив на планету Всенетак.</w:t>
      </w:r>
    </w:p>
    <w:p>
      <w:r>
        <w:br/>
        <w:t>Мати уважно подивилася на сина, а тоді сказала:</w:t>
      </w:r>
    </w:p>
    <w:p>
      <w:r>
        <w:br/>
        <w:t>— Ну й наснилося ж тобі за ніч усяких див!</w:t>
      </w:r>
    </w:p>
    <w:p>
      <w:r>
        <w:br/>
        <w:t>Гриць швиденько поснідав, зодягнувся, схопив портфель і миттю вибіг на вулицю. Ось вона, Лоцманка. Ось вона, рідна вулиця, що круто спускається до Дніпра. Далеко внизу голубів Дніпро. Легко стало на душі у Гриця, радісно…</w:t>
      </w:r>
    </w:p>
    <w:p>
      <w:r>
        <w:br/>
        <w:t>Засвистів, застрибав Гриць, розмахуючи портфелем. Ні, що не кажіть, а на Землі жити найкраще? Хотів було забігти у вибалок, щоб половити там метеликів (а раптом пощастить і він спіймає знамениту "мертву голову"!), але передумав. Ще ніколи так не хотілося в школу, як після подорожі на дивну-предивну планету Всенетак.</w:t>
      </w:r>
    </w:p>
    <w:p>
      <w:r>
        <w:br/>
        <w:t>Оце і вся чудернацька історія, що трапилася з учнем третього класу Грицем Зіньком.</w:t>
      </w:r>
    </w:p>
    <w:p>
      <w:r>
        <w:br/>
        <w:t>Було так чи не було? Автор цього достеменно не відає, але Гриць уперто повторює: все, геть все, що він розповів, — чистісінька правда. Навіть сто та ще й один раз. Бо Гриць і справді, уві сні літав на планету Всенетак. А один дуже поважний учений, спеціаліст з космічних польотів, коли автор розповів йому цю історію, підтвердив: так, подібний космічний політ на іншу планету уві сні цілком можливий. І сказав, як по-науковому називається такий політ, але слово було таке трудне, що автор його й забув. А записати не здогадався.</w:t>
      </w:r>
    </w:p>
    <w:p>
      <w:r>
        <w:br/>
        <w:t>А втім, коли комусь із вас, діти, заманеться повніше дізнатися про життя на планеті Всенетак про дивного хлопчика Шмигика-Мигика, найбільшого гуляки тієї планети, звертайтесь до Гриця.</w:t>
      </w:r>
    </w:p>
    <w:p>
      <w:r>
        <w:br/>
        <w:t>Сам же Гриць заявив, що він більше і дня не хоче жити на дивній планеті, де все, геть усе не так, як у нас, а — навпаки!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Всенетакія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