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залізло в кубельця, наїлось новин...</w:t>
      </w:r>
    </w:p>
    <w:p>
      <w:r>
        <w:br/>
        <w:t xml:space="preserve"> Все залізло в кубельця, наїлось новин&lt;br /&gt;</w:t>
        <w:br/>
        <w:t>і поснуло. Лиш я на сторожі один.</w:t>
      </w:r>
    </w:p>
    <w:p>
      <w:r>
        <w:br/>
        <w:t>Ні, таки не один — списа лагодить стиха&lt;br /&gt;</w:t>
        <w:br/>
        <w:t>наді мною на стелі стара комариха.</w:t>
      </w:r>
    </w:p>
    <w:p>
      <w:r>
        <w:br/>
        <w:t>Стерво знає: для нападу — ліпше пітьма.&lt;br /&gt;</w:t>
        <w:br/>
        <w:t>І маневрами володіє стома,</w:t>
      </w:r>
    </w:p>
    <w:p>
      <w:r>
        <w:br/>
        <w:t>щоб мене надурити, перетворити&lt;br /&gt;</w:t>
        <w:br/>
        <w:t>на родовище крови, щойно відкрите.</w:t>
      </w:r>
    </w:p>
    <w:p>
      <w:r>
        <w:br/>
        <w:t>Промовляю молитву подяки. Свічу&lt;br /&gt;</w:t>
        <w:br/>
        <w:t>задуваю, лягаю, зітхаю, мовчу.</w:t>
      </w:r>
    </w:p>
    <w:p>
      <w:r>
        <w:br/>
        <w:t>Із глибин світотвору, розгорнутих вгору,&lt;br /&gt;</w:t>
        <w:br/>
        <w:t>чути рівне дзижчання небесного хору.</w:t>
      </w:r>
    </w:p>
    <w:p>
      <w:r>
        <w:br/>
        <w:t>Я занурююся в гіпнотичні сади.&lt;br /&gt;</w:t>
        <w:br/>
        <w:t>Я зриваю плоди, бачу зблиски слюди.</w:t>
      </w:r>
    </w:p>
    <w:p>
      <w:r>
        <w:br/>
        <w:t>А в цей час комариха помпує крівцю,&lt;br /&gt;</w:t>
        <w:br/>
        <w:t>бензобаки наповнює живою міццю.</w:t>
      </w:r>
    </w:p>
    <w:p>
      <w:r>
        <w:br/>
        <w:t>Я для неї — плантація наркоти,&lt;br /&gt;</w:t>
        <w:br/>
        <w:t>чи пивниця "Каґору", чи м'ясо мети.</w:t>
      </w:r>
    </w:p>
    <w:p>
      <w:r>
        <w:br/>
        <w:t>А вона — захмеліла упирка-коханка.&lt;br /&gt;</w:t>
        <w:br/>
        <w:t>На світанку від неї — лиш цяточка-ранка.</w:t>
      </w:r>
    </w:p>
    <w:p>
      <w:r>
        <w:br/>
        <w:t>Де поділась? Де травить добуту любов?&lt;br /&gt;</w:t>
        <w:br/>
        <w:t>Незрівнянна, чи вернеться знов — пити кров?&lt;br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залізло в кубельця, наїлось новин...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