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Все, все покинуть, до тебе полинуть...</w:t>
      </w:r>
    </w:p>
    <w:p>
      <w:r>
        <w:br/>
        <w:t xml:space="preserve"> Все, все покинуть, до тебе полинуть,&lt;br /&gt;</w:t>
        <w:br/>
        <w:t>Мій ти єдиний, мій зламаний квіте!&lt;br /&gt;</w:t>
        <w:br/>
        <w:t>Все, все покинуть, з тобою загинуть,&lt;br /&gt;</w:t>
        <w:br/>
        <w:t>То було б щастя, мій згублений світе!</w:t>
      </w:r>
    </w:p>
    <w:p>
      <w:r>
        <w:br/>
        <w:t>Стать над тобою і кликнуть до бою&lt;br /&gt;</w:t>
        <w:br/>
        <w:t>Злую мару, що тебе забирає,&lt;br /&gt;</w:t>
        <w:br/>
        <w:t>Взять тебе в бою чи вмерти з тобою,&lt;br /&gt;</w:t>
        <w:br/>
        <w:t>З нами хай щастя і горе вмирає.</w:t>
      </w:r>
    </w:p>
    <w:p>
      <w:r>
        <w:br/>
        <w:t>[16.ХІ 1900]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Все, все покинуть, до тебе полинуть...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