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Вождь червоношкірих</w:t>
      </w:r>
    </w:p>
    <w:p>
      <w:r>
        <w:br/>
        <w:t xml:space="preserve"> &lt;p&gt;Думалось, що то буде ловкий справуночок. Та постривайте: розкажу вам, як воно вийшло насправді. Ми з Біллем Дрісколом були саме на Півдні, в штаті Алабама. І взяли ми собі в голову — викрасти дитину. Як казав згодом Білл, "тієї миті розум нам потьмарився". Та ба! Збагнули це ми вже потім.</w:t>
      </w:r>
    </w:p>
    <w:p>
      <w:r>
        <w:br/>
        <w:t>Було там одне містечко, пласке, як млинець, а звалося, куди твоє діло,— Вершина. Люди в ньому жили сумирні, неприскіпливі — словом, селюки, що їм тільки круг клечаного дерева танцювати.</w:t>
      </w:r>
    </w:p>
    <w:p>
      <w:r>
        <w:br/>
        <w:t>У нас із Біллом було разом доларів шістсот капіталу, а потребували ми ще, не мало не багато, дві тисячі, щоб провести шахрайську оборудку з земельними ділянками в одному місті на заході Іллінойсу. Ми обмірковували цю справу на готельному ґанку. Любов до своїх дітлахів, гадали ми, має бути особливо сильна в напівсільських містечках. Саме тому, а також з інших причин викрасти дитину тут набагато легше, ніж у радіусі дії газет, що відразу ж посилають перевдягнених репортерів і здіймають несусвітній галас А Вершина не могла загрозити нам нічим страшнішим за кількох констеблів та ще плохеньких собак-слідців і двох-трьох викривальних статей у "Щотижневому бюджеті фермера". Словом, справа була певна.</w:t>
      </w:r>
    </w:p>
    <w:p>
      <w:r>
        <w:br/>
        <w:t>Ми вибрали нашою жертвою єдиного сина значного городянина, що звався Ебепезер Дорсет. Татусь був чоловік шановний, відомий жмикрут, що кохався в прострочених заставних паперах, і заклятий ворог усіляких грошових пожертв. Синок був десятирічний хлопчисько, геть поцяцькований ластовинням, волосся він мав такого кольору, як обкладинка журналу, що його купуєш, чимдуж поспішаючи на поїзд. Ми з Біллом подумали, що Ебенезер останню сорочку з себе скине, а виплатить за сина дві тисячі доларів до цента. Та постривайте: розкажу вам, як воно вийшло насправді.</w:t>
      </w:r>
    </w:p>
    <w:p>
      <w:r>
        <w:br/>
        <w:t>Милі за дві од містечка стоїть невисока гора, поросла густою кедриною. Потойбіч гори є печера. Туди ми понаносили харчів.</w:t>
      </w:r>
    </w:p>
    <w:p>
      <w:r>
        <w:br/>
        <w:t>Одного вечора, коли зайшло сонце, ми під'їхали візком до будинку старого Дорсета. Хлопчисько гуляв па вулиці: штпурляв камінням у кошеня, що сиділо на паркані черев вулицю.</w:t>
      </w:r>
    </w:p>
    <w:p>
      <w:r>
        <w:br/>
        <w:t>— Гей, малий! —гукнув Білл.-Хочеш, покатаю та ще й дам кульок цукерок?</w:t>
      </w:r>
    </w:p>
    <w:p>
      <w:r>
        <w:br/>
        <w:t>На відповідь хлопець пожбурив у Білла шматком цегли і влучив у самісіньке око.</w:t>
      </w:r>
    </w:p>
    <w:p>
      <w:r>
        <w:br/>
        <w:t>— За це старий заплатить іще п'ятсот доларів,— сказав Білл, злазячи з візка.</w:t>
      </w:r>
    </w:p>
    <w:p>
      <w:r>
        <w:br/>
        <w:t>Хлопчисько борюкався, як ведмідь середньої ваги. Та зрештою ми його таки запхнули на дно візка і поїхали Привезли його до печери. Коня я прив'язав у кедрині, а коли стемніло, доправив візок у сусіднє село, за три милі, де ми його найняли, і вернувся назад пішака.</w:t>
      </w:r>
    </w:p>
    <w:p>
      <w:r>
        <w:br/>
        <w:t>Коли я зайшов у печеру, Білл само заліплював пластирем садна й синці на своєму виду. За великим каменем, що заступав вхід у печеру, горіло вогнище. Хлопчисько, встромивши собі в руде волосся два канючині пера, стежив за казанком, де варилася кава. Він націлився па мене палицею і промовив:</w:t>
      </w:r>
    </w:p>
    <w:p>
      <w:r>
        <w:br/>
        <w:t>— Проклятий блідолиций! Як смів ти прийти в табір Вождя Червоношкірих, грози</w:t>
      </w:r>
    </w:p>
    <w:p>
      <w:r>
        <w:br/>
        <w:t>рівнин?</w:t>
      </w:r>
    </w:p>
    <w:p>
      <w:r>
        <w:br/>
        <w:t>— Уже все гаразд,— сказав Білл, закачуючи колоші й обдивляючись синці на ногах.-</w:t>
      </w:r>
    </w:p>
    <w:p>
      <w:r>
        <w:br/>
        <w:t>Ми граємося в індіанців. Пригоди Бафло Білла,— як їх показують у цирку, проти наших пригод — все одно, що діафільм з краєвидами Палестини. Я — старий мисливець Генк і потрапив у полон до Вождя Червоношкірих. На світанку мене оскальпують. Мати божа! Ну й брикається ж цей хлопець!</w:t>
      </w:r>
    </w:p>
    <w:p>
      <w:r>
        <w:br/>
        <w:t>Так, сер, хлопчисько розгулявся на всі боки. Жити в печері, ночувати біля вогнища — це була для нього цікава розвага; хлопець навіть забув, що він сам полонений. Мене він одразу охрестив Зміїним Оком, оголосив шпигуном і попередив, що, коли зійде сонце, мене засмажать живцем на вогнищі — хай тільки його воїни вернуться з походу.</w:t>
      </w:r>
    </w:p>
    <w:p>
      <w:r>
        <w:br/>
        <w:t>Сіли ми вечеряти. Хлопчисько напхав повен рот хліба і шинки з підливою і почав без упину базікати. Він виголосив застольну промову такого змісту:</w:t>
      </w:r>
    </w:p>
    <w:p>
      <w:r>
        <w:br/>
        <w:t>— Мені тут подобається. Я ніколи ще не почував біля вогнища, але одного разу в мене був ручний опосум, а минулого дня народження мені сповнилося дев'ять років.</w:t>
      </w:r>
    </w:p>
    <w:p>
      <w:r>
        <w:br/>
        <w:t>Ненавиджу ходити до школи. Пацюки з'їли шістнадцятеро яєць у зозулястої курки тітки Джіммі Тальбота. А справжні індіанці є в цьому лісі? Дайте ще підливи. Правда, вітер дме тому, що дерева колихаються? У нас було п'ятеро цуценят. Чому в тебе ніс такий червоний, Генку? Мій тато мав багато грошей. А зірки гарячі? В суботу я двічі оддухопелив Еда Уокера. Не люблю дівчат. Ропуху не можна брати руками: треба ловити шворкою. А що, воли німі? Чому помаранчі круглі? А ліжко у вас є у печері? Амос Маррей має на ногах по шість пальців. Папуга вміє розмовляти, а мавпи й риби не вміють. Скільки це дюжина?</w:t>
      </w:r>
    </w:p>
    <w:p>
      <w:r>
        <w:br/>
        <w:t>Раз у раз хлопчисько згадував, що він червоношкірий, хапав свою палицю, яка правила йому за рушницю, і чалився навшпиньки до виходу печери — подивитися, чи немає поблизу розвідників ненависних блідолицих. Час от часу він вигукував свій бойовий клич, від якого старого мисливця Генка проймали дрижаки. Хлопчисько настрахав Білла з самого початку.</w:t>
      </w:r>
    </w:p>
    <w:p>
      <w:r>
        <w:br/>
        <w:t>— Вождю Червоношкірих,— питаю я його,— а додому тобі не кортить?</w:t>
      </w:r>
    </w:p>
    <w:p>
      <w:r>
        <w:br/>
        <w:t>— Чого я там не бачив? — каже він.— Дома нудно. Школа остогидла. Мені</w:t>
      </w:r>
    </w:p>
    <w:p>
      <w:r>
        <w:br/>
        <w:t>подобається ночувати біля вогнища. Ти не одведеш мене додому, Зміїне Око?</w:t>
      </w:r>
    </w:p>
    <w:p>
      <w:r>
        <w:br/>
        <w:t>— Поки що ні,— кажу я.— Поживемо трохи в печері.</w:t>
      </w:r>
    </w:p>
    <w:p>
      <w:r>
        <w:br/>
        <w:t>— От і добре,— каже він.— Оце-то життя! Я ще зроду так не розважався.</w:t>
      </w:r>
    </w:p>
    <w:p>
      <w:r>
        <w:br/>
        <w:t>Спати ми лягли десь біля одинадцятої. Послали долі вовняні й ватяні ковдри і поклали Вождя Червоношкірих посередині. Що він утече, ми не боялись. Годин, мабуть, зо три він не давав нам заснути: щомиті схоплювався на рівні ноги, хапав свою рушницю і сичав на вухо мені й Біллеві:</w:t>
      </w:r>
    </w:p>
    <w:p>
      <w:r>
        <w:br/>
        <w:t>"Цить!" Трісне в лісі суха галузка або зашелестить листя, а в його хлопчачій уяві — то підкрадається ватага розбійників. Зрештою я заснув неспокійним сном. Снилося мені, що мене викрав і прип'яв ланцюгом до дерева лютий рудоволосий пірат.</w:t>
      </w:r>
    </w:p>
    <w:p>
      <w:r>
        <w:br/>
        <w:t>На світанку я прокинувся від страшного Біллового вереску. Це був не крик, не лемент, не рев, не зойк, яких можна було б чекати від голосників чоловіка,— це був звичайнісінький непристойний, страхітливий, пронизливий вереск жінки, що побачила привида або гусінь. Ви навіть не уявляєте собі, як страшно, коли дужий, сміливий, здоровий чолов'яга верещить у печері удосвіта, наче баба. Я зірвався на рівні ноги. Вождь Червоношкірих сидів на грудях у Білла, вчепившись однією рукою йому в чуприну. В другій руці він тримав гострого ножа, що ми ним різали шинку, і, згідно з оголошеним учора вироком, таки справді силкувався зняти з Білла скальп.</w:t>
      </w:r>
    </w:p>
    <w:p>
      <w:r>
        <w:br/>
        <w:t>Я одняв у хлопчиська ножа і знову поклав його в постіль. Але з тієї хвилини Білл занепав духом. Він лежав на своєму місці скраю, але вже ні разу не склепив очей, поки хлопець жив з нами. Я подрімав часину, та перед сходом сонця раптом згадав, що Вождь Червоношкірих присудив мене до страти на вогнищі, коли зійде сонце. Не думайте, що я нервувався чи боявся. Ні, але я сів, запалив люльку і притулився до стіни.</w:t>
      </w:r>
    </w:p>
    <w:p>
      <w:r>
        <w:br/>
        <w:t>— Чого це ти так рано встав, Семе? — спитав Білл.</w:t>
      </w:r>
    </w:p>
    <w:p>
      <w:r>
        <w:br/>
        <w:t>— Хто, я? — кажу.— Та щось у мене плече поболює. Дай, думаю, сяду, може,</w:t>
      </w:r>
    </w:p>
    <w:p>
      <w:r>
        <w:br/>
        <w:t>полегшає.</w:t>
      </w:r>
    </w:p>
    <w:p>
      <w:r>
        <w:br/>
        <w:t>— Брешеш! — каже Білл.— Ти боїшся. Тебе мають спалити, коли зійде сонце, і ти боїшся, що він це зробить. А він такий, що спалив би, якби знайшов сірника. Ох, який жах, Семе! Невже хто-небудь погодиться заплатити гроші, щоб йому вернули назад таке чортеня?</w:t>
      </w:r>
    </w:p>
    <w:p>
      <w:r>
        <w:br/>
        <w:t>— Авжеж,— кажу я.— Саме коло таких розбишак батьки всією душею упадають. Ну, ви із вождем уставайте та варіть снідати, а я тим часом сходжу на гору та роздивлюся, що навкруги робиться.</w:t>
      </w:r>
    </w:p>
    <w:p>
      <w:r>
        <w:br/>
        <w:t>Я виліз на вершечок нашої невеликої гори й озирнув околицю. Біля містечка я сподівався побачити загін здорових фермерів, озброєних косами й вилами, що вийшов на розшуки негідників, які викрадають дітей. Але я побачив мирний краєвид і на всьому обширі одного-єдиного чоловіка, що орав сивим мулом. Ніхто не ходив з гаками понад річкою, не літали туди й сюди вершники, щоб сповістити нерозважних батьків, що ще нічого невідомо. Замріяний дрімотний спокій оповивав ту частину Алабами, що лежала перед моїми очима.</w:t>
      </w:r>
    </w:p>
    <w:p>
      <w:r>
        <w:br/>
        <w:t>— Мабуть,— сказав я сам собі,— вони й досі не довідалися, що вовки вкрали з кошари ягнятко. Боже, поможи вовкам! — І подався снідати.</w:t>
      </w:r>
    </w:p>
    <w:p>
      <w:r>
        <w:br/>
        <w:t>Підходжу до печери, бачу: стоїть Білл, припавши до стіни, важко дихає, а хлопчисько заміряється на нього каменюкою з кулак завбільшки.</w:t>
      </w:r>
    </w:p>
    <w:p>
      <w:r>
        <w:br/>
        <w:t>— Він укинув мені за комір гарячу картоплину,— пояснив Білл,— і роздушив її ногою, а я дав йому ляпаса. Револьвер з тобою, Семе?</w:t>
      </w:r>
    </w:p>
    <w:p>
      <w:r>
        <w:br/>
        <w:t>Я відняв у хлопця каменюку і так-сяк їх утихомирив.</w:t>
      </w:r>
    </w:p>
    <w:p>
      <w:r>
        <w:br/>
        <w:t>— Я тобі цього не подарую,— каже хлопчисько Біллеві.— Ніхто ще ніколи безкарно не вдарив Вождя Червоношкірих. Тож начувайся.</w:t>
      </w:r>
    </w:p>
    <w:p>
      <w:r>
        <w:br/>
        <w:t>Поснідавши, хлопець виймає з кишені шкураток, обмотаний шворкою, і, розмотуючи її, виходить з печери.</w:t>
      </w:r>
    </w:p>
    <w:p>
      <w:r>
        <w:br/>
        <w:t>— Що це він надумався? — стурбовано питає Білл.— Як ти гадаєш, Семе, він не збирається втекти?</w:t>
      </w:r>
    </w:p>
    <w:p>
      <w:r>
        <w:br/>
        <w:t>— Не бійся,— кажу я.— Він, очевидячки, не з тих, що держаться хати. Але нам пора скласти план, як ми дістанемо викуп. Не видно, щоб у місті дуже хвилювалися, що він пропав. А може, вони того й не збагнули. Батьки, може, думають, що він заночував у тітки Джейн або в сусідів. У кожному разі сьогодні виявиться, що він зник. До вечора треба послати батькові листа, що ми згодні повернути його за дві тисячі доларів.</w:t>
      </w:r>
    </w:p>
    <w:p>
      <w:r>
        <w:br/>
        <w:t>Цієї миті ми почули бойовий клич. Такий клич, мабуть, вигукнув Давид, коли нокаутував чемпіона Голіафа. Той шкураток, що Вождь Червоношкірих витяг з кишені, виявився пращею, і тепер він крутив її над головою.</w:t>
      </w:r>
    </w:p>
    <w:p>
      <w:r>
        <w:br/>
        <w:t>Я нахилився і почув, як щось важко гупнуло і Білл зітхнув, наче кінь, що з нього знімають сідло. Чорний камінь, завбільшки з куряче яйце, торохнув Білла по голові якраз за лівим вухом. Він увесь зів'яв і гепнувся у вогнище — просто на казанок з окропом, щоб мити посуд. Я витяг Білла з вогню і добрих півгодини одливав холодною водою.</w:t>
      </w:r>
    </w:p>
    <w:p>
      <w:r>
        <w:br/>
        <w:t>Нарешті він сів, помацав себе за вухом та й каже:</w:t>
      </w:r>
    </w:p>
    <w:p>
      <w:r>
        <w:br/>
        <w:t>— Ти знаєш, Семе, хто мій улюблений герой у біблії?</w:t>
      </w:r>
    </w:p>
    <w:p>
      <w:r>
        <w:br/>
        <w:t>— Заспокойся,— кажу я йому.— Скоро ти очуняєш.</w:t>
      </w:r>
    </w:p>
    <w:p>
      <w:r>
        <w:br/>
        <w:t>— Цар Ірод,— каже він.— Ти нікуди не підеш, Семе, не кинеш мене самого?</w:t>
      </w:r>
    </w:p>
    <w:p>
      <w:r>
        <w:br/>
        <w:t>Я вийшов з печери, спіймав хлопця і тряс його доти, поки він заторохтів усіма своїми веснянками.</w:t>
      </w:r>
    </w:p>
    <w:p>
      <w:r>
        <w:br/>
        <w:t>— Якщо ти не шануватимешся,— кажу я йому,— я одразу відведу тебе додому. Ну, будеш слухатися чи ні?</w:t>
      </w:r>
    </w:p>
    <w:p>
      <w:r>
        <w:br/>
        <w:t>— То я пожартував,— каже він похнюпившись.— Я не хотів ударити боляче старого Генка. А за що він ударив мене? Я слухатимуся, Зміїне Око, тільки не відводь мене додому і дозволь погратися в розвідників.</w:t>
      </w:r>
    </w:p>
    <w:p>
      <w:r>
        <w:br/>
        <w:t>— Цієї гри я не знаю,— кажу я.— Домовляйся з містером Біллем. Сьогодні гратиметься з тобою він. Мені треба сходити в справах. А тепер піди помирися з ним та попроси в нього пробачення за те, що вдарив, а ні, то марш додому.</w:t>
      </w:r>
    </w:p>
    <w:p>
      <w:r>
        <w:br/>
        <w:t>Я примусив їх потиснути один одному руки, а потім одвів Білла вбік і сказав йому, що йду в Поплар-коув, невеличке сільце за три милі від печери, і спробую довідатися, що кажуть у містечку про викрадення хлопця. До того ж, на мою думку, треба сьогодні ж таки послати старому Дорсето-ві категоричного листа, вимагаючи викупу і зазначивши, як його виплатити.</w:t>
      </w:r>
    </w:p>
    <w:p>
      <w:r>
        <w:br/>
        <w:t>— Ти ж знаєш, Семе,— каже Білл,— я був тобі вірним другом і навіть оком не змигнув під час землетрусів, пожеж, поводей, гри в покер, динамітних вибухів, облав поліції, бандитських нападів на поїзди і циклонів. Я не знав, що таке страх до того дня, коли ми викрали цю двоногу ракету. Він мене здолав. Ти не залишиш мене з ним надовго, Семе? Правда ж, ні?</w:t>
      </w:r>
    </w:p>
    <w:p>
      <w:r>
        <w:br/>
        <w:t>— До вечора вернуся,— кажу я.— А ти забав хлопця, щоб він тим часом не бешкетував. Давай-но напишемо листа старому Дорсетові.</w:t>
      </w:r>
    </w:p>
    <w:p>
      <w:r>
        <w:br/>
        <w:t>Ми з Біллем взяли папір, олівець і почали складати листа, а Вождь Червоношкірих, закутавшись у ковдру, походжав біля входу — сторожив печеру. Білл із сльозами благав мене зменшити викуп з двох тисяч доларів до півтори тисячі.</w:t>
      </w:r>
    </w:p>
    <w:p>
      <w:r>
        <w:br/>
        <w:t>— Я зовсім не хочу,— казав він,— зневажити благородне почуття батьківської любові, але ж не забувай, що людина — це людина. Хіба може людина заплатити дві тисячі доларів за сорокафунтову, поцяцьковану ластовинням дику кішку? Я згоден спробувати щастя і заправити півтори тисячі. Різницю можеш записати в мій рахунок. Я поступився, і ми скомпонували такого листа.</w:t>
      </w:r>
    </w:p>
    <w:p>
      <w:r>
        <w:br/>
        <w:t>"Ебенезерові Дорсету, есквайрові. Ми сховали вашого сина в одному місці далеко від Вершини. Не пробуйте його знайти, вам не допоможуть навіть найдосвідченіші детективи. Ви можете одержати його лише за таких єдиних остаточних умов: ми вимагаємо півтори тисячі доларів великими купюрами; гроші маєте залишити сьогодні опівночі на тому ж місці в тій самій скриньці, що й вашу відповідь,— де саме, вказано нижче. Якщо пристаєте на ці умови, надішліть свою письмову відповідь посланцем — він має принести її сам-один сьогодні о пів на дев'яту вечора. Над дорогою в Поплар-гроув, коли перейти через Совиний ручай, є три великих дерева ярдів за сто одне від одного — вони ростуть біля самісінької огорожі засіяної пшеницею ниви, праворуч від дороги. Біля кілка цієї огорожі, проти третього дерева, знайдете картонну коробку. Ваш посланець повинен покласти відповідь у цю коробку і негайно повернутися до міста.</w:t>
      </w:r>
    </w:p>
    <w:p>
      <w:r>
        <w:br/>
        <w:t>Якщо ви вдастеся до підступів або не виконаєте наші умови, то ніколи вже не побачите свого сина.</w:t>
      </w:r>
    </w:p>
    <w:p>
      <w:r>
        <w:br/>
        <w:t>Якщо ж сплатите гроші, як сказано,— за три години він повернеться до вас живий і здоровий. Ці умови остаточні, і якщо ви не пристанете на них, ніяких переговорів ми провадити з вами не будемо. Двоє відчайдухів".</w:t>
      </w:r>
    </w:p>
    <w:p>
      <w:r>
        <w:br/>
        <w:t>Я надписав Дорсетову адресу і поклав листа у кишеню. Коли я вже зібрався йти, хлопчисько підходить до мене й каже:</w:t>
      </w:r>
    </w:p>
    <w:p>
      <w:r>
        <w:br/>
        <w:t>— Правда ж, Зміїне Око, ти дозволяєш мені гратися в розвідника, поки тебе не буде?</w:t>
      </w:r>
    </w:p>
    <w:p>
      <w:r>
        <w:br/>
        <w:t>— Звичайно, грайся,— кажу я.— 3 тобою гратиметься містер Білл. А що ж це за гра?</w:t>
      </w:r>
    </w:p>
    <w:p>
      <w:r>
        <w:br/>
        <w:t>— Я розвідник,— каже Вождь Червоношкірих.— Мені треба домчати до селища попередити поселенців, що йдуть індіанці. Мені вже набридло бути індіанцем. Я хочу стати розвідником.</w:t>
      </w:r>
    </w:p>
    <w:p>
      <w:r>
        <w:br/>
        <w:t>— Гаразд,— кажу я.— Шкоди з такої гри, здається, не буде ніякої. Гадаю, містер Білл допоможе тобі розладнати плани кровожерних дикунів.</w:t>
      </w:r>
    </w:p>
    <w:p>
      <w:r>
        <w:br/>
        <w:t>— А що я маю робити? — питає Білл, з підозрою дивлячись на хлопчиська.</w:t>
      </w:r>
    </w:p>
    <w:p>
      <w:r>
        <w:br/>
        <w:t>— Ти будеш кінь,— каже розвідник.— Ставай рачки. Не можу ж я домчати до селища без коня.</w:t>
      </w:r>
    </w:p>
    <w:p>
      <w:r>
        <w:br/>
        <w:t>— Треба його розважити,— кажу я,— поки ми доконаємо цю справу. Пограйся з ним трохи. Білл стає навколішки, і в його очах з'являється вираз, що бував у кролика, який попав у сільце.</w:t>
      </w:r>
    </w:p>
    <w:p>
      <w:r>
        <w:br/>
        <w:t>— Чи далеко ж до селища, хлопче? — питає він хрипким голосом.</w:t>
      </w:r>
    </w:p>
    <w:p>
      <w:r>
        <w:br/>
        <w:t>— Дев'яносто миль,— каже розвідник.— І доведеться тобі напружитися, щоб поспішити туди вчасно. Ану, гайда! Розвідник стрибає Біллеві на спину і гатить його п'ятами в боки.</w:t>
      </w:r>
    </w:p>
    <w:p>
      <w:r>
        <w:br/>
        <w:t>— Ради бога, Семе,— каже Білл,— вертайся якомога швидше. Ні, не треба було просити за нього більше тисячі. Слухай-но, перестань мене штурхати, а то я зараз устану і дам тобі перцю.</w:t>
      </w:r>
    </w:p>
    <w:p>
      <w:r>
        <w:br/>
        <w:t>Я подався в Поплар-коув, зайшов на пошту і в крамницю, посидів там, побалакав з фермерами, що приходили купувати всяку всячину. Один з пишними бурцями сказав, що все місто сполошилося: у старого Ебенезера Дорсета пропав хлопець — або заблудився, або його вкрадено. Саме це я й хотів дізнатися. Я купив тютюну, спитав, почім зараз сочевиця, непомітно вкинув у скриньку листа і пішов. Поштмейстер сказав, що за годину прийде поштар і забере пошту у Вершину.</w:t>
      </w:r>
    </w:p>
    <w:p>
      <w:r>
        <w:br/>
        <w:t>Коли я вернувся до печери, ані Білла, ані хлопця не було видно. Я пошукав навколо печери, зважився разів зо два гукнути, але відповіді не було. Отож я запалив люльку і сів на порослий мохом камінь.</w:t>
      </w:r>
    </w:p>
    <w:p>
      <w:r>
        <w:br/>
        <w:t>Десь за півгодини в кущах зашелестіло — і на галявину перед печерою вийшов, кульгаючи, Білл. За ним чалився хлопчисько, ступаючи нечутно, наче розвідник. На його виду грала широченна усмішка. Білл спинився, скинув капелюха і витер червоною хусточкою обличчя. Хлопчисько спинився й собі — футів за вісім позаду.</w:t>
      </w:r>
    </w:p>
    <w:p>
      <w:r>
        <w:br/>
        <w:t>— Семе,— каже Білл,— ти, мабуть, вважатимеш мене за зрадника, але я нічого не міг з собою вдіяти. Я людина доросла, завжди поводився, як належить мужчині, можу себе захистити, але бувають випадки, коли все йде під три чорти — і самолюбство, і самовлада. Хлопця нема. Я одіслав його додому. За давніх часів були мученики,— провадив він,— що воліли краще вмерти, авіж одмовитися від своїх улюблених химер. Нікому з них не доводилося зазнати таких жахливих тортур, як мені. Я прагнув лишитися вірним заповідям нашого ремества, та людське терпіння має межу.</w:t>
      </w:r>
    </w:p>
    <w:p>
      <w:r>
        <w:br/>
        <w:t>— Та що скоїлося, Білле? — питаю я.</w:t>
      </w:r>
    </w:p>
    <w:p>
      <w:r>
        <w:br/>
        <w:t>— Він примусив мене проскакати — всі дев'яносто миль до селища, ні на дюйм менше. Потім, коли поселенці були врятовані, мені дали вівса. Пісок — не дуже смачна його заміна. А потім цілісіньку годину мені довелося пояснювати йому, чому дірка порожня, як це так, що дорога йде в обидва боки, і чого трава зелена. Кажу тобі, Семе, людське терпіння теж має межу. Схопив я його за карк і потяг униз із гори. Всю дорогу він брикався. Обидві ноги мої до колін — суцільний синяк. Разів зо два, зо три він укусив мене за великий палець і руку; доведеться тепер припікати рани. Але він пішов,— провадить Білл,— пішов додому. Я показав йому дорогу і дав на прощання такого стусана, що він за мить опинився футів на вісім ближче до міста. Шкода, звичайно, викупу, але що поробиш — інакше Біллові Дрісколу довелося б потрапити в божевільню. Білл пихкає і відсапується, але його яскраво-рожеве лице аж сяє миром і спокоєм.</w:t>
      </w:r>
    </w:p>
    <w:p>
      <w:r>
        <w:br/>
        <w:t>— Білле,— кажу я,— у вашій родині, здається, ніхто не слабує на серце. Правда, ні?</w:t>
      </w:r>
    </w:p>
    <w:p>
      <w:r>
        <w:br/>
        <w:t>— Ні,— каже Білл,— спадкових хвороб у нас не було, крім малярії і нещасних випадків. А що хіба?</w:t>
      </w:r>
    </w:p>
    <w:p>
      <w:r>
        <w:br/>
        <w:t>— Тоді ти можеш обернутися,— кажу я,— і глянути, що в тебе за плечима.</w:t>
      </w:r>
    </w:p>
    <w:p>
      <w:r>
        <w:br/>
        <w:t>Обертається Білл, бачить — хлопець. Він ураз полотніє, важко сідає на землю і починає безтямно рвати траву й збирати гіллячки. Добру годину я боявся, що він з'їхав з глузду. Зрештою я сказав йому, що треба негайно покласти край цій справі і що ми встигнем одержати викуп і вшитися звідси ще до півночі, аби тільки старий Дорсет пристав на наші умови. Білл трохи підбадьорився, навіть здолав ледь усміхнутися хлопчиськові й пообіцяв йому грати ролю росіян у війні з японцями, коли трошки оклигає.</w:t>
      </w:r>
    </w:p>
    <w:p>
      <w:r>
        <w:br/>
        <w:t>Мій план забрати викупні гроші, не ризикуючи потрапити в пастку, схвалив би кожний фахівець викрадацької справи. Дерево, під яким мали залишити відповідь, а потім і гроші, росло біля самісінької огорожі, що простягалася ген-ген понад дорогою, а навкруги лежало широке чисте поле. Якщо зграя констеблів засяде на того, хто прийде по листа, вони помітять його ще здаля в полі чи на дорозі. Та дзуськи! О пів на дев'яту я вже сидів на дереві, сховавшися серед зелені, як жабка-зеленуха, і чекав на посланця.</w:t>
      </w:r>
    </w:p>
    <w:p>
      <w:r>
        <w:br/>
        <w:t>Якраз у призначений час під'їжджає на велосипеді підліток, знаходить картонну коробку під кілком огорожі, ховає туди складеного папірця і мчить назад до містечка.</w:t>
      </w:r>
    </w:p>
    <w:p>
      <w:r>
        <w:br/>
        <w:t>Я почекав годину і зрештою подумав, що все гаразд: немає ніякої пастки. Зліз я з дерева, дістав записку і пробрався попід огорожею до лісу, а там за півгодини був уже в печері. Я розгорнув записку, сів до ліхтаря і прочитав Біллеві. Вона була написана пером, наче курка лапою надряпала; зміст її був такий: "Двом одчайдухам.</w:t>
      </w:r>
    </w:p>
    <w:p>
      <w:r>
        <w:br/>
        <w:t>Джентльмени, я одержав сьогодні вашого листа стосовно викупу, що ви його вимагаєте за мого сина. Гадаю, ваші вимоги трохи зависокі, і я зі свого боку роблю вам пропозицію, на яку, думаю, ви пристанете. Приведіть Джонні додому, і якщо ви сплатите мені двісті п'ятдесят доларів готівкою, я погоджуся його забрати з ваших рук. Краще вам прийти з ним уночі, бо сусіди вважають, що він пропав, і я не можу взяти на себе відповідальності за те, як вони зустрінуть людей, котрі приведуть його назад.</w:t>
      </w:r>
    </w:p>
    <w:p>
      <w:r>
        <w:br/>
        <w:t>З глибокою пошаною Ебенезер Дорсет".</w:t>
      </w:r>
    </w:p>
    <w:p>
      <w:r>
        <w:br/>
        <w:t>— Клянуся духом великих піратів,— кажу я,— такого нахабства...</w:t>
      </w:r>
    </w:p>
    <w:p>
      <w:r>
        <w:br/>
        <w:t>Але цю мить я глянув на Білла і завагався. В очах його світилося таке промовисте благання, якого я не бачив досі ані в безсловесних тварин, ані в істот, що вміють розмовляти.</w:t>
      </w:r>
    </w:p>
    <w:p>
      <w:r>
        <w:br/>
        <w:t>— Семе,— каже він,— що зрештою значать двісті п'ятдесят доларів? Гроші у нас є. Ще одна ніч із цим хлопчиськом — і я потраплю до божевільні. Мало того, що містер Дорсет — справжній джентльмен, він, по-моєму, ще й вельми щедра людина, раз править з нас цю нікчемну ціну. Невже ти збираєшся знехтувати таку нагоду?</w:t>
      </w:r>
    </w:p>
    <w:p>
      <w:r>
        <w:br/>
        <w:t>— Казати правду, Білле,— відповідаю,— це невинне ягнятко трохи діє і на мої нерви. Давай одведемо його додому, сплатимо викуп та й ноги на плечі. Тієї ж таки ночі ми одвели хлопчиська додому. Нам пощастило умовити його, запевнивши, що батько купив йому оздоблену сріблом рушницю та пару мокасинів і що завтра ми поїдемо полювати ведмедів.</w:t>
      </w:r>
    </w:p>
    <w:p>
      <w:r>
        <w:br/>
        <w:t>Була якраз північ, коли ми постукали в двері Ебенезерового дому. Ту самісіньку мить, коли, як нам гадалося, я мав би витягти півтори тисячі доларів з коробки під деревом, Білл одлічив у руку Дорсетові двісті п'ятдесят доларів.</w:t>
      </w:r>
    </w:p>
    <w:p>
      <w:r>
        <w:br/>
        <w:t>Тільки-но хлопчисько збагнув, що ми залишаємо його вдома, він заревів, мов та сурма, і п'явкою прилип до Біллової ноги. Батькові довелось одривати його поступово, наче пластир.</w:t>
      </w:r>
    </w:p>
    <w:p>
      <w:r>
        <w:br/>
        <w:t>— Чи довго ви його вдержите? — питає Білл.</w:t>
      </w:r>
    </w:p>
    <w:p>
      <w:r>
        <w:br/>
        <w:t>— Сила в мене вже не та, що колись,— каже старий Дорсет,— але, гадаю, десять хвилин можу вам гарантувати.</w:t>
      </w:r>
    </w:p>
    <w:p>
      <w:r>
        <w:br/>
        <w:t>— Досить,— каже Білл.— За десять хвилин я промчуся через Центральні, Південні й Середньо-Західні штати і встигну добігти до канадського кордону. І хоч яка була темна ніч, хоч який був гладкий Білл і хоч як прудко я вмів бігати, мені пощастило наздогнати його аж за півтори милі од міста.</w:t>
      </w:r>
    </w:p>
    <w:p>
      <w:r>
        <w:br/>
        <w:t>Переклад Ю. Іванова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Вождь червоношкірих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