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цапик</w:t>
      </w:r>
    </w:p>
    <w:p>
      <w:r>
        <w:br/>
        <w:t xml:space="preserve"> &lt;p&gt;Стояв сонячний весняний день. Блакитне небо було чисте, лагідний вітерець гуляв над зеленими левадами, пестячи яскраві квіти.</w:t>
      </w:r>
    </w:p>
    <w:p>
      <w:r>
        <w:br/>
        <w:t>Гарненький білий цапик вистрибував на подвір'ї високого будинку біля припнутої кози.</w:t>
      </w:r>
    </w:p>
    <w:p>
      <w:r>
        <w:br/>
        <w:t>— Ме! Ме! — гукав він.— Коли вже нас поведуть на пасовисько? Я вже тут занудився.</w:t>
      </w:r>
    </w:p>
    <w:p>
      <w:r>
        <w:br/>
        <w:t>— Почекай,— відповідала йому мати.— Хіба не знаєш, що наша господиня тісто місить? Ось напече хліба, тоді й поведе нас у поле.</w:t>
      </w:r>
    </w:p>
    <w:p>
      <w:r>
        <w:br/>
        <w:t>— У поле? — радісно підстрибнув цапик.— Я там ніколи не був. Відтоді як народився, нас беруть лише в гори. Що таке поле, мамо?</w:t>
      </w:r>
    </w:p>
    <w:p>
      <w:r>
        <w:br/>
        <w:t>— Це рівна земля, дитинко. Там є дерева й багато пшениці. Звідти приносить нам господиня траву, там і ячмінь росте, який ти любиш. І річка тече.</w:t>
      </w:r>
    </w:p>
    <w:p>
      <w:r>
        <w:br/>
        <w:t>— О, то там чудово! Скажи, мамо, а поле видно з тієї скелі, що за хатою?</w:t>
      </w:r>
    </w:p>
    <w:p>
      <w:r>
        <w:br/>
        <w:t>— Авжеж, видно.</w:t>
      </w:r>
    </w:p>
    <w:p>
      <w:r>
        <w:br/>
        <w:t>— От добре! Я вилізу на неї, подивлюся.</w:t>
      </w:r>
    </w:p>
    <w:p>
      <w:r>
        <w:br/>
        <w:t>— Вилазь, коли вже така нетерплячка,— осміхнулася мати,— тільки не барися, бо скоро прийде господиня.</w:t>
      </w:r>
    </w:p>
    <w:p>
      <w:r>
        <w:br/>
        <w:t>Побіг цапик за будинок і сміливо пострибав з каменя на камінь угору, на скелю, за якою починалося урвище. А внизу, скільки око сягає, прослалася широка зелена долина.</w:t>
      </w:r>
    </w:p>
    <w:p>
      <w:r>
        <w:br/>
        <w:t>— То ось воно яке, поле! — зачудовано зітхнув цапик.— Ніколи такого простору не бачив.</w:t>
      </w:r>
    </w:p>
    <w:p>
      <w:r>
        <w:br/>
        <w:t>Дивився він у далечінь і не міг надивитися. Раптом згадав про річку.</w:t>
      </w:r>
    </w:p>
    <w:p>
      <w:r>
        <w:br/>
        <w:t>"Де ж вона є? — думає.— Щось не видно..."</w:t>
      </w:r>
    </w:p>
    <w:p>
      <w:r>
        <w:br/>
        <w:t>Але в цю саму мить його гукнула мати:</w:t>
      </w:r>
    </w:p>
    <w:p>
      <w:r>
        <w:br/>
        <w:t>— Ходи сюди! Вже господиня наша прийшла!</w:t>
      </w:r>
    </w:p>
    <w:p>
      <w:r>
        <w:br/>
        <w:t>— Ще трішечки, мамцю, я тільки річку знайду й одразу дожену вас.</w:t>
      </w:r>
    </w:p>
    <w:p>
      <w:r>
        <w:br/>
        <w:t>— Гляди, не гайся!</w:t>
      </w:r>
    </w:p>
    <w:p>
      <w:r>
        <w:br/>
        <w:t>— Ні. Ходіть без мене, я недовго. Дорогу я вже бачу!</w:t>
      </w:r>
    </w:p>
    <w:p>
      <w:r>
        <w:br/>
        <w:t>Господиня відв'язала козу й пішла з нею. Про цапика вона не турбувалася, бо знала — він їх наздожене. Хіба ж він залишиться без матері бодай на хвилину?</w:t>
      </w:r>
    </w:p>
    <w:p>
      <w:r>
        <w:br/>
        <w:t>Отож і рушила вона. А цапик зі скелі роздивлявся й роздивлявся навсебіч.</w:t>
      </w:r>
    </w:p>
    <w:p>
      <w:r>
        <w:br/>
        <w:t>Раптом його око завважило щось унизу. Приглянувся — аж то здоровенний сірий вовчисько біжить кудись манівцями.</w:t>
      </w:r>
    </w:p>
    <w:p>
      <w:r>
        <w:br/>
        <w:t>Не злякався цапик. Хіба ж вовк його дістане на такій висоті? І схотілося малому познущатися з сіроманця. Він гукнув:</w:t>
      </w:r>
    </w:p>
    <w:p>
      <w:r>
        <w:br/>
        <w:t>— День добрий, дядьку вовче! Що це ви біжите, а сюди й не дивитеся? Загордували, як бачу.</w:t>
      </w:r>
    </w:p>
    <w:p>
      <w:r>
        <w:br/>
        <w:t>Вовк глянув угору й уздрів цапика.</w:t>
      </w:r>
    </w:p>
    <w:p>
      <w:r>
        <w:br/>
        <w:t>"Е-е-е, надто високо,— подумав,— не долізу".</w:t>
      </w:r>
    </w:p>
    <w:p>
      <w:r>
        <w:br/>
        <w:t>— О, що за очі! Я просто щасливий, що їх побачив! — гукає далі цапик.— Червоні та блискучі! А блискавки з них не вилітають?</w:t>
      </w:r>
    </w:p>
    <w:p>
      <w:r>
        <w:br/>
        <w:t>Вовк вишкірив зуби, але промовчав,— що було казати?</w:t>
      </w:r>
    </w:p>
    <w:p>
      <w:r>
        <w:br/>
        <w:t>— Ого-го-го, оце так зуби! — реготав цапик.— Як тільки в роті вміщаються? Язика чи губи часом не поколеш? Ха-ха-ха!</w:t>
      </w:r>
    </w:p>
    <w:p>
      <w:r>
        <w:br/>
        <w:t>"От лиха година — не доскочу! — знову подумав вовк.— Я б тобі показав!"</w:t>
      </w:r>
    </w:p>
    <w:p>
      <w:r>
        <w:br/>
        <w:t>— Але ж і шуба в тебе! Густа, м'яка! Правду казав днями наш пес! А я, дурний, не вірив, думав, що то він бреше. Чи не взяв би ти мене, дядечку вовче, із собою — вкупі веселіше буде! Ти б мені казки розповідав узимку біля вогнища. То візьмеш?</w:t>
      </w:r>
    </w:p>
    <w:p>
      <w:r>
        <w:br/>
        <w:t>— У-у-у, западись ти! — пробурчав вовчисько.</w:t>
      </w:r>
    </w:p>
    <w:p>
      <w:r>
        <w:br/>
        <w:t>— А знаєш, що казав наш собака? — знову крикнув цапик.— Що в тебе шия не повертається! Хі-хі-хі! Що ти як дерев'яний, і всі з тебе сміються! А ти, чув я, з ним приятелюєш? Тільки зустрінетеся — зразу обіймаєтесь, як брати. Це правда?</w:t>
      </w:r>
    </w:p>
    <w:p>
      <w:r>
        <w:br/>
        <w:t>Вовк дивився на цапика, і очі йому палали вогнем.</w:t>
      </w:r>
    </w:p>
    <w:p>
      <w:r>
        <w:br/>
        <w:t>— Зажди трохи,— співав своєї цапик,— посидь, скоро прийдуть моя мати з господинею і собака, вони тебе пригостять. Не квапся!</w:t>
      </w:r>
    </w:p>
    <w:p>
      <w:r>
        <w:br/>
        <w:t>Вовк важко підвівся й поволі ступив кілька кроків. Потім спинився, повернув голову й гукнув:</w:t>
      </w:r>
    </w:p>
    <w:p>
      <w:r>
        <w:br/>
        <w:t>— Коли ти гадаєш, цапику, що з мене поглузував, то сам себе дуриш. Знаєш, хто тут насправді з мене насміявся? Не ти, а скеля, на яку я не можу вилізти!</w:t>
      </w:r>
    </w:p>
    <w:p>
      <w:r>
        <w:br/>
        <w:t>По цих словах почвалав сіроманець стежкою до гір і скоро зник за деревами, погамувавши свою лють.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цапик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