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козлята</w:t>
      </w:r>
    </w:p>
    <w:p>
      <w:r>
        <w:br/>
        <w:t xml:space="preserve"> До козиної до хати</w:t>
      </w:r>
    </w:p>
    <w:p>
      <w:r>
        <w:br/>
        <w:t>З лісу стежечка веде.</w:t>
      </w:r>
    </w:p>
    <w:p>
      <w:r>
        <w:br/>
        <w:t>В хаті маму ждуть козлята,</w:t>
      </w:r>
    </w:p>
    <w:p>
      <w:r>
        <w:br/>
        <w:t>А коза із лісу йде.</w:t>
      </w:r>
    </w:p>
    <w:p>
      <w:r>
        <w:br/>
        <w:t>Ясне сонечко заходить,</w:t>
      </w:r>
    </w:p>
    <w:p>
      <w:r>
        <w:br/>
        <w:t>В небі місяць блискотить.</w:t>
      </w:r>
    </w:p>
    <w:p>
      <w:r>
        <w:br/>
        <w:t>До воріт коза підходить,</w:t>
      </w:r>
    </w:p>
    <w:p>
      <w:r>
        <w:br/>
        <w:t>У ворота стукотить:</w:t>
      </w:r>
    </w:p>
    <w:p>
      <w:r>
        <w:br/>
        <w:t>— Відчиніться, відімкніться!</w:t>
      </w:r>
    </w:p>
    <w:p>
      <w:r>
        <w:br/>
        <w:t>Ваша матінка прийшла,</w:t>
      </w:r>
    </w:p>
    <w:p>
      <w:r>
        <w:br/>
        <w:t>Ваша матінка із лісу</w:t>
      </w:r>
    </w:p>
    <w:p>
      <w:r>
        <w:br/>
        <w:t>Молочка вам принесла!</w:t>
      </w:r>
    </w:p>
    <w:p>
      <w:r>
        <w:br/>
        <w:t>Відчиняють їй козлята,</w:t>
      </w:r>
    </w:p>
    <w:p>
      <w:r>
        <w:br/>
        <w:t>З ними вірний пес Рябко.</w:t>
      </w:r>
    </w:p>
    <w:p>
      <w:r>
        <w:br/>
        <w:t>І заходять всі до хати</w:t>
      </w:r>
    </w:p>
    <w:p>
      <w:r>
        <w:br/>
        <w:t>Пити свіже молоко.</w:t>
      </w:r>
    </w:p>
    <w:p>
      <w:r>
        <w:br/>
        <w:t>Якось сірий вовк підслухав,</w:t>
      </w:r>
    </w:p>
    <w:p>
      <w:r>
        <w:br/>
        <w:t>Що коза пішла у ліс,</w:t>
      </w:r>
    </w:p>
    <w:p>
      <w:r>
        <w:br/>
        <w:t>До воріт прибіг щодуху,</w:t>
      </w:r>
    </w:p>
    <w:p>
      <w:r>
        <w:br/>
        <w:t>Під ворота сунув ніс.</w:t>
      </w:r>
    </w:p>
    <w:p>
      <w:r>
        <w:br/>
        <w:t>"Зараз, — думає, — козляток</w:t>
      </w:r>
    </w:p>
    <w:p>
      <w:r>
        <w:br/>
        <w:t>Проковтну одним ковтком!"</w:t>
      </w:r>
    </w:p>
    <w:p>
      <w:r>
        <w:br/>
        <w:t>І почав він промовляти</w:t>
      </w:r>
    </w:p>
    <w:p>
      <w:r>
        <w:br/>
        <w:t>Ніжним-ніжним голоском:</w:t>
      </w:r>
    </w:p>
    <w:p>
      <w:r>
        <w:br/>
        <w:t>— Відчиняйте, козенята,</w:t>
      </w:r>
    </w:p>
    <w:p>
      <w:r>
        <w:br/>
        <w:t>Я несу вам молока!</w:t>
      </w:r>
    </w:p>
    <w:p>
      <w:r>
        <w:br/>
        <w:t>— Чуєм, чуєм, це не мати —</w:t>
      </w:r>
    </w:p>
    <w:p>
      <w:r>
        <w:br/>
        <w:t>В неї пісня не така!</w:t>
      </w:r>
    </w:p>
    <w:p>
      <w:r>
        <w:br/>
        <w:t>Тут один цапок сміливий</w:t>
      </w:r>
    </w:p>
    <w:p>
      <w:r>
        <w:br/>
        <w:t>Нишком глянув через пліт,</w:t>
      </w:r>
    </w:p>
    <w:p>
      <w:r>
        <w:br/>
        <w:t>Бачить — вовк страшний, жахливий</w:t>
      </w:r>
    </w:p>
    <w:p>
      <w:r>
        <w:br/>
        <w:t>Причаївсь біля воріт.</w:t>
      </w:r>
    </w:p>
    <w:p>
      <w:r>
        <w:br/>
        <w:t>Сірий вовк цапка не бачить,</w:t>
      </w:r>
    </w:p>
    <w:p>
      <w:r>
        <w:br/>
        <w:t>Витягає гострий ніж</w:t>
      </w:r>
    </w:p>
    <w:p>
      <w:r>
        <w:br/>
        <w:t>І гукає нетерпляче:</w:t>
      </w:r>
    </w:p>
    <w:p>
      <w:r>
        <w:br/>
        <w:t>— Відчиняйте-но скоріш!</w:t>
      </w:r>
    </w:p>
    <w:p>
      <w:r>
        <w:br/>
        <w:t>А козлята: — Ми не проти! —</w:t>
      </w:r>
    </w:p>
    <w:p>
      <w:r>
        <w:br/>
        <w:t>Не злякались хижака!</w:t>
      </w:r>
    </w:p>
    <w:p>
      <w:r>
        <w:br/>
        <w:t>Відімкнули враз ворота</w:t>
      </w:r>
    </w:p>
    <w:p>
      <w:r>
        <w:br/>
        <w:t>Та як випустять Рябка!</w:t>
      </w:r>
    </w:p>
    <w:p>
      <w:r>
        <w:br/>
        <w:t>Вовк, побачивши собаку,</w:t>
      </w:r>
    </w:p>
    <w:p>
      <w:r>
        <w:br/>
        <w:t>Підібгав лякливо хвіст,</w:t>
      </w:r>
    </w:p>
    <w:p>
      <w:r>
        <w:br/>
        <w:t>Відстрибнув — та з переляку</w:t>
      </w:r>
    </w:p>
    <w:p>
      <w:r>
        <w:br/>
        <w:t>Як бебехнеться під міст!</w:t>
      </w:r>
    </w:p>
    <w:p>
      <w:r>
        <w:br/>
        <w:t>Саме йде тут з лісу мати,</w:t>
      </w:r>
    </w:p>
    <w:p>
      <w:r>
        <w:br/>
        <w:t>Молока малим несе.</w:t>
      </w:r>
    </w:p>
    <w:p>
      <w:r>
        <w:br/>
        <w:t>А назустріч їй козлята</w:t>
      </w:r>
    </w:p>
    <w:p>
      <w:r>
        <w:br/>
        <w:t>Та й розказують про все.</w:t>
      </w:r>
    </w:p>
    <w:p>
      <w:r>
        <w:br/>
        <w:t>Почала коза радіти:</w:t>
      </w:r>
    </w:p>
    <w:p>
      <w:r>
        <w:br/>
        <w:t>— Ну й Рябко наш молодець!</w:t>
      </w:r>
    </w:p>
    <w:p>
      <w:r>
        <w:br/>
        <w:t>Ну й розумні в мене діти! —</w:t>
      </w:r>
    </w:p>
    <w:p>
      <w:r>
        <w:br/>
        <w:t>Тут і казочці кінець.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козлята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