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Вовина хвороба</w:t>
      </w:r>
    </w:p>
    <w:p>
      <w:r>
        <w:br/>
        <w:t xml:space="preserve"> Вова малий ніби справді поблід.&lt;br /&gt;</w:t>
        <w:br/>
        <w:t>Мама питає в тривозі:&lt;br /&gt;</w:t>
        <w:br/>
        <w:t>— Може, болить голова чи живіт?&lt;br /&gt;</w:t>
        <w:br/>
        <w:t>Може, де впав на дорозі?</w:t>
      </w:r>
    </w:p>
    <w:p>
      <w:r>
        <w:br/>
        <w:t>Син покрутив головою, що — ні,&lt;br /&gt;</w:t>
        <w:br/>
        <w:t>Мовчки стоїть і ні слова.&lt;br /&gt;</w:t>
        <w:br/>
        <w:t>— Чом ти не кажеш нічого мені?&lt;br /&gt;</w:t>
        <w:br/>
        <w:t>Що це?&lt;br /&gt;</w:t>
        <w:br/>
        <w:t>Що сталося, Вова?</w:t>
      </w:r>
    </w:p>
    <w:p>
      <w:r>
        <w:br/>
        <w:t>Глянула й ледве не кинеться в плач:&lt;br /&gt;</w:t>
        <w:br/>
        <w:t>Ясно! Потрібна примочка! —&lt;br /&gt;</w:t>
        <w:br/>
        <w:t>Сильно розпухла надута, як м'яч,&lt;br /&gt;</w:t>
        <w:br/>
        <w:t>Ліва щока у синочка.</w:t>
      </w:r>
    </w:p>
    <w:p>
      <w:r>
        <w:br/>
        <w:t>Гуля така — аж обличчя криве.&lt;br /&gt;</w:t>
        <w:br/>
        <w:t>Що за напасть і від чого?..&lt;br /&gt;</w:t>
        <w:br/>
        <w:t>Добре, що лікар в сусідстві живе,&lt;br /&gt;</w:t>
        <w:br/>
        <w:t>Мама швиденько — до нього.</w:t>
      </w:r>
    </w:p>
    <w:p>
      <w:r>
        <w:br/>
        <w:t>Вова ще дужче від сорому зблід&lt;br /&gt;</w:t>
        <w:br/>
        <w:t>(Винен — а мамі турбота!).&lt;br /&gt;</w:t>
        <w:br/>
        <w:t>Входить і каже&lt;br /&gt;</w:t>
        <w:br/>
        <w:t>Той лікар-сусід:&lt;br /&gt;</w:t>
        <w:br/>
        <w:t>— Ну, роззявляй свого рота!</w:t>
      </w:r>
    </w:p>
    <w:p>
      <w:r>
        <w:br/>
        <w:t>Вова скрививсь і... за шафу шмигнув.&lt;br /&gt;</w:t>
        <w:br/>
        <w:t>— Я не розкрию,— бурмоче.&lt;br /&gt;</w:t>
        <w:br/>
        <w:t>Витягли Вову... Він губи надув —&lt;br /&gt;</w:t>
        <w:br/>
        <w:t>Рота роззявить не хоче.</w:t>
      </w:r>
    </w:p>
    <w:p>
      <w:r>
        <w:br/>
        <w:t>Довго пручавсь... Та скорився-таки!&lt;br /&gt;</w:t>
        <w:br/>
        <w:t>Лікар націлив пінцети&lt;br /&gt;</w:t>
        <w:br/>
        <w:t>Й витяг у Вови із-за шоки&lt;br /&gt;</w:t>
        <w:br/>
        <w:t>Дві здоровенних котлети.</w:t>
      </w:r>
    </w:p>
    <w:p>
      <w:r>
        <w:br/>
        <w:t>Ті, що він зранку лінивсь проковтнуть&lt;br /&gt;</w:t>
        <w:br/>
        <w:t>(Так і в дворі ото грався!),&lt;br /&gt;</w:t>
        <w:br/>
        <w:t>Ті, які досі вже... скисли, мабуть!&lt;br /&gt;</w:t>
        <w:br/>
        <w:t>Лікар&lt;br /&gt;</w:t>
        <w:br/>
        <w:t>Стояв і сміявся.</w:t>
      </w:r>
    </w:p>
    <w:p>
      <w:r>
        <w:br/>
        <w:t>Сором за сина матусю узяв:&lt;br /&gt;</w:t>
        <w:br/>
        <w:t>— Ах, ти ж ледащо уперте!&lt;br /&gt;</w:t>
        <w:br/>
        <w:t>— Так, чого доброго, — лікар сказав,—&lt;br /&gt;</w:t>
        <w:br/>
        <w:t>Можна й від голоду вмерти!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Вовина хвороба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