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Воронько</w:t>
      </w:r>
    </w:p>
    <w:p>
      <w:r>
        <w:br/>
        <w:t xml:space="preserve"> &lt;p&gt;Старий конюх Антип поставив біля ясел дві цеберки води. Жалібно дзенькнули залізні дужки, й вода хлюпнула через вінця на вкритий соломою дерев’яний поміст низенької, тісної, підземної стайні. Старий колишній шахтар плюнув спересердя й почав замішувати палицею полову, хлюпаючи на неї пригоршнями холодну воду.</w:t>
      </w:r>
    </w:p>
    <w:p>
      <w:r>
        <w:br/>
        <w:t>Воронько відступив од ясел на повід і все тягся до цеберки з водою.</w:t>
      </w:r>
    </w:p>
    <w:p>
      <w:r>
        <w:br/>
        <w:t>— Ну-ну, підождеш, за шию не капає,— бурчав під ніс Антип.— Знаю, що кортить. Та ба, виходить, таке правило, що не можна.</w:t>
      </w:r>
    </w:p>
    <w:p>
      <w:r>
        <w:br/>
        <w:t>— Гу-гу-гу-гу!—тремтів ніздрями Воронько. Широко розплющивши свої ласкаві зчорна-сині очі й нашорошивши вуха, він повертав голову то до діда, то до цеберки.</w:t>
      </w:r>
    </w:p>
    <w:p>
      <w:r>
        <w:br/>
        <w:t>— Стривай-стривай, замішаю, тим часом ти прохолонеш трохи,— провадив своєї дід.— Небійсь, набігався за півдня?.. А то ж як?.. Зробити, товаришу, пів-упряжки — то не люльку викурити. То-то-бо й є. Упрієш, ого! ще й як упрієш. Ти думаєш, дурна голово, Антип не знає? Знає він добре... Дід Антип, голубе, бачив смаленого вовка, був під конем, був і на коні. А теперь ось, скажемо, й знов під конем — навряд уже чи й видряпається з-під нього. Куди там!.. А колись... ого-го! А ти думав як? Він, голубе, був колись не конюхом, а забойщиком, справжнім забойщиком. Краще од нього ніхто, було, не врубає вугілля. А тепер що Антип?.. Пху! абищо — конюх...</w:t>
      </w:r>
    </w:p>
    <w:p>
      <w:r>
        <w:br/>
        <w:t>Довго ще бубонів дід, стукаючи палицею в дно ясел. Потім він обтер полою руки, витяг з кишені кисет і почав набивати люльку. Воронько нарешті переконався, що все їдно, поки дід не схоче, води не нап’єшся, й заспокоївся, похнюпившись.</w:t>
      </w:r>
    </w:p>
    <w:p>
      <w:r>
        <w:br/>
        <w:t>Сумно... Ледве миготить на землі біля ясел мідяний каганчик, то притухаючи зовсім, то часом розгоряючись. Чорна кептяга розходиться від нього у вогкому теплому повітрі й сивим димком сповняє стайню. Чорна химерна дідова тінь нешвидко коливається на стіні, на густо поставлених дубових стовпцях, сягає до стелі з таких самих поперечок, з білими пухнатими плямами біля щілин: то розрісся слизький мох — єдина рослина в підземнім царстві пітьми.</w:t>
      </w:r>
    </w:p>
    <w:p>
      <w:r>
        <w:br/>
        <w:t>Тиша... могильна... Глухо лунають — може, далеко, а може, й близько — стукання шахтарського кайла об тверде, як камінь, вугілля; лусне, як з пістоля стрельне, дубова поперечка під страшенною вагою землі; з грюканням, брязкотом, тупанням промайне повз стайню партія вагончиків з чорним, виблискуючим іскорцями, вугіллям — і знову все затихне, тільки й чути, як набридливо, не вгаваючи, бринить по рівчаках під стінами продольної вода.</w:t>
      </w:r>
    </w:p>
    <w:p>
      <w:r>
        <w:br/>
        <w:t>Все згуки, давно й гаразд відомі Воронькові, згуки, що давно колись жахали його, але тепер на них він не звертав найменшої уваги, ніби й виріс під цю важку, гнітючу музику шахти.</w:t>
      </w:r>
    </w:p>
    <w:p>
      <w:r>
        <w:br/>
        <w:t>Років з чотири тому його ганебно скрутили вірьовками люди й спустили сюди, в цю темряву, повного весняних згуків, сояшного сяйва й тепла, спустили в пекло й цілий місяць дбали про те, щоб він вважав убоге миготіння чадного каганця — за сонце, за світло, а вогке, смердюче, нерухоме повітря — за ніжний подих вільного, запашного степового вітру, могильні підземні згуки — за чудову музику степу, гнітючу, пекельну темряву — за дивну, теплу, ласкаву, зоряну літню ніч. І вони, люди, дійшли свого.</w:t>
      </w:r>
    </w:p>
    <w:p>
      <w:r>
        <w:br/>
        <w:t>Пролинув рік, і Воронько навіть забув про все. Тільки вряди-годи, після тяжкої, неприємної праці, дрімаючи біля своїх ясел, бачив він казкові, чарівні сни. В його конячій голові виникали пишні картини минулого, й він часто-густо довго не хотів розплющувати очей, аж поки твердий закаблук старого Антипа не доводив йому, що то — сон, мрія, й більш нічого.</w:t>
      </w:r>
    </w:p>
    <w:p>
      <w:r>
        <w:br/>
        <w:t>— Повернись! назад! проклятий! — кричав тоді своїм хрипучим голосом дід Антип, й важкою зашкарублою долонею бив Воронькові по теплих, вогких, м’яких ніздрях. Воронько спросоння високо підкидав голову, прищуливши вуха й уникаючи дідового кулака, й довго ще не міг прийти до пам’яті — де він і що він.— Ач який! ба — спить собі... Солодко, мабуть, заснулося. Ще, може, й приснилося гарненьке, хе!.. Но! здох би ти йому ще маленьким!..—лютував старий конюх, шарпаючи за повід і виводячи коня із стайні, щоб запрягти в партію порожніх вагончиків.</w:t>
      </w:r>
    </w:p>
    <w:p>
      <w:r>
        <w:br/>
        <w:t>Воронько ніяк не міг звикнути до такої ділової несталості, збагнути, чого він часом так лютує. Адже ж він буває іноді таким лагідним, зве Воронька товаришем, навіть братом. В глибинах свого конячого серця почував він, що й дідові, мабуть, ввижаються чудові сни минулого, але свідомість, що все те — річ безповоротня, робить діда скаженим.</w:t>
      </w:r>
    </w:p>
    <w:p>
      <w:r>
        <w:br/>
        <w:t>Були ще хвилини, й навіть по декілька разів на день, коли на Воронька невиразно, ніби з імли сучасного, віяло чудовим минулим. Це тоді саме, коли старий Антип приносив у ясла оберемок свіжого, запашного сіна, що так його любив Воронько. Сіно так гарно пахло чимсь рідним, дорогим, але далеким... А то проходила повз стайню юрба млявих шахтарів, що допіра спустились в шахту згори, й сердешний кінь чулими ніздрями удихав з їхньої брудної одежі приємний п’янкуватий пах сояшного променю й тепла.</w:t>
      </w:r>
    </w:p>
    <w:p>
      <w:r>
        <w:br/>
        <w:t>* * *</w:t>
      </w:r>
    </w:p>
    <w:p>
      <w:r>
        <w:br/>
        <w:t>Нудно в шахті... Воронько тільки й знав, що возив по рейках сюди та туди залізні вагончики: далеко в глибінь— порожні або з дубовими стойками (стовпцями), а звідтіля — повні сірого глею або чорного вугілля. Він ніколи не розмірковував (чи не тямив, чи не хотів) над тим, кому й задля чого потрібні ці блискучі тверді каменючки: впрягали його — він віз їх, важко ступаючи й оступаючись на шпалах, укритих глеяною липучою калюкою й посипаних жужелицею; розпрягали й вели до ясел — він пив, їв і спочивав.</w:t>
      </w:r>
    </w:p>
    <w:p>
      <w:r>
        <w:br/>
        <w:t>Ось і зараз, підживившись трохи, він мусів поспішатись до далекого штрека[1], щоб поодтягати звідтіля вагончики, бо побіч з тим штреком шахтарі вже вибрали вугілля й вибивали стойки, що підпирали стелю, бажаючи завалити те порожнє місце (стовб).</w:t>
      </w:r>
    </w:p>
    <w:p>
      <w:r>
        <w:br/>
        <w:t>Дід набив тютюном люльку й, поклавши її на край ясел, не поспішаючись, напоїв коня, одгорнув рукою мішку й насипав йому гарець вівса. Потім перевернув догори дном цебро, сів на нього й почав викрешувати огню. Довго він цокав кресалом по кременю й лаяв на чім світ невість кого. Нарешті губка затлілась, червоний огник від люльки освітив настовбурчені зжовта-сиві підстрижені вуси, край облупленого червоного носа й відбився в помутнілих старечих очах. Довгий хрипучий кашель хитнув сухорлявою, виснаженою довголітньою працею, постаттю дідовою, дико свиснув під низькою стелею шахти, ущух на мить і знову кинув дідом наперед і назад. З кашлем вибухнуло з трухлявих грудей люте прокляття на гірке, безпросвітне життя. Потім все затихло, й тільки Воронькове пирхання й хрустіння вівса на зубах та таємничі стукання й тріск порушували мертву тишу.</w:t>
      </w:r>
    </w:p>
    <w:p>
      <w:r>
        <w:br/>
        <w:t>— Гей-гей! дідьку старий! — розітнулось по шахті.— Довго ще кунятимеш там? Подавай Воронька — час вагончики поодтягати!..</w:t>
      </w:r>
    </w:p>
    <w:p>
      <w:r>
        <w:br/>
        <w:t>Дід Антип не поворухнувся. Він знав, що то галасує десятник, але не звернув уваги. Багацько їх бачив він на своїм віку й звик до їхніх покриків, лайки й навіть биття.</w:t>
      </w:r>
    </w:p>
    <w:p>
      <w:r>
        <w:br/>
        <w:t>— Гукай, гукай собі на здоров’ячко,— бубонів старий,— така твоя собача служба. А наше діло слухати й робити своє... Підождеш — Не собі робиш, хазяїнові! Не візьме тебе лиха година, а хазяїн не зубожіє, коли Антип спочине трохи...</w:t>
      </w:r>
    </w:p>
    <w:p>
      <w:r>
        <w:br/>
        <w:t>Промайнуло ще з чверть години. Дід мовчав, не випускаючи з зубів своєї люльки. Він підпер голову руками, обперся ліктями в коліна й тихо дрімав. Воронько теж скінчив свій овес, не схотів мішки, а, нашорошивши вуха, дослухався до чогось, повертаючи голову на обидва боки. Почулося чвакання чобіт по калюці, блиснула лампочка й освітила стайню, Воронька в ній і зігнуту постать старого конюха.</w:t>
      </w:r>
    </w:p>
    <w:p>
      <w:r>
        <w:br/>
        <w:t>— Чи ви бачили отаке? — обурився десятник на дідову недбалість.— Він спить, га!.. Ось я тебе як потягну отсим батогом, то ти знатимеш мені, шкарбане нікчемний, як спати, коли діло жде...</w:t>
      </w:r>
    </w:p>
    <w:p>
      <w:r>
        <w:br/>
        <w:t>І десятник підняв із землі батога. Дід схопився, притоптав пальцем потухлу люльку і сховав у кишеню. Метушливо почав він одв’язувати від ясел повода, замахнувшись на Воронька кулаком.</w:t>
      </w:r>
    </w:p>
    <w:p>
      <w:r>
        <w:br/>
        <w:t>— Ну-ну, не дуже кричи,— бурчав він.— Багацько вас знайдеться таких командирів...</w:t>
      </w:r>
    </w:p>
    <w:p>
      <w:r>
        <w:br/>
        <w:t>— Щоб зараз мені кінь був у штрекові,— кинув десятник і зник.</w:t>
      </w:r>
    </w:p>
    <w:p>
      <w:r>
        <w:br/>
        <w:t>— Зараз, зараз, прояво, бачиш, що одв’язую, не повилазило ж тобі... Диви, який лютий, галасує... Назад, проклятий!...</w:t>
      </w:r>
    </w:p>
    <w:p>
      <w:r>
        <w:br/>
        <w:t>Старий одв’язав повода й повів Воронька низькою мокрою продольною до штреку. Коливаюче світло дідової лампочки одсвічувало в краплях на стінах мільйонами Декор. Густа темрява жахливо тремтіла й посувалася далі й далі.</w:t>
      </w:r>
    </w:p>
    <w:p>
      <w:r>
        <w:br/>
        <w:t>Воронько почував себе неспокійно й ворушив вухами, виловлюючи з гробової тиші таємні шерехи, ще незнайомі йому. Що ближче до штрека, звідкіля вже доносилось стукання сокир у стойки, невідома тривога опанувала його істотою. Він перелякано повертав голову праворуч і ліворуч, сіпаючи поводом. Дід махнув на нього лампочкою й погано вилаявся. Але Воронько не помітив того, захоплений гострим передчуттям наглого лиха. Ноги несамохіть ступали обережніш, тіло здригалося... Страшно... Стосажнева товща зловісно мовчала, похмуро нависши над головою.</w:t>
      </w:r>
    </w:p>
    <w:p>
      <w:r>
        <w:br/>
        <w:t>Ось і штрек. Ласкаво замиготіли праворуч шахтарські каганчики під низькою страшною стелею, котру підперто було вже тільки кількома стовпчиками: більшість було повибивано й поскладано у вагончики, що стояли низкою на рейках вздовж штрека.</w:t>
      </w:r>
    </w:p>
    <w:p>
      <w:r>
        <w:br/>
        <w:t>— Насилу спромігся! — гукнув десятник, почувши чвакання кінських копит.— Запрягай швидше та поодтягай вагончики: зараз завалюватиме.</w:t>
      </w:r>
    </w:p>
    <w:p>
      <w:r>
        <w:br/>
        <w:t>— Но! — повернувся дід до Воронька.</w:t>
      </w:r>
    </w:p>
    <w:p>
      <w:r>
        <w:br/>
        <w:t>Але Воронько, піднявши голову й гостро напружившись, з скаженим переляком дивився в глибінь штрека й ловив вухами, йому самому тільки чутні, згуки.</w:t>
      </w:r>
    </w:p>
    <w:p>
      <w:r>
        <w:br/>
        <w:t>— Но! бодай ти йому здох, анахтемо! — запінився дід і підняв ногу, щоб штовхнути коня.</w:t>
      </w:r>
    </w:p>
    <w:p>
      <w:r>
        <w:br/>
        <w:t>Воронько присів на задні ноги, захріп і посунувся назад в темряву. "Чи не здурів оце кінь!" — здивувався дід.</w:t>
      </w:r>
    </w:p>
    <w:p>
      <w:r>
        <w:br/>
        <w:t>Десятник нетерпляче вчепився за повода і з усієї сили потяг Воронька до себе. Кінь смиконув головою, вирвав у нього з рук поводи й, стукаючи копитами по рейках та шпалах, зник в пітьмі.</w:t>
      </w:r>
    </w:p>
    <w:p>
      <w:r>
        <w:br/>
        <w:t>— Що за лиха година! ніколи не траплялось раніш такого,— розвів руками десятник.</w:t>
      </w:r>
    </w:p>
    <w:p>
      <w:r>
        <w:br/>
        <w:t>Страшенна думка блискавкою промайнула старому шахтареві в голові. Він не своїм голосом гукнув:</w:t>
      </w:r>
    </w:p>
    <w:p>
      <w:r>
        <w:br/>
        <w:t>— Хутчій тікай, хлопці, зараз завалиться!.. Скотина чує лихо...</w:t>
      </w:r>
    </w:p>
    <w:p>
      <w:r>
        <w:br/>
        <w:t>Не треба було вдруге гукати. Шахтарі ледве встигли вихопитись, як важа стеля в стовбі[2] й над штреком, з надзвичайним грюкотом і тріском, завалилася, пощепивши товсті дубові підпори на тонісенькі трісочки.</w:t>
      </w:r>
    </w:p>
    <w:p>
      <w:r>
        <w:br/>
        <w:t>Мабуть, з хвилину стояли люди нерухомі, скам’янілі, пополотнілі від жаху; смерть зазирнула їм у вічі. Нарешті, немов по команді, почали хреститись і дякувати Богові за рятунок.</w:t>
      </w:r>
    </w:p>
    <w:p>
      <w:r>
        <w:br/>
        <w:t>А Воронько стояв спокійно в стайні. Підвівши голову, він смикав крізь щаблі запашне сіно, навіть не знаючи про те, що обрятував розумних людей від наглої смерті.</w:t>
      </w:r>
    </w:p>
    <w:p>
      <w:r>
        <w:br/>
        <w:t>* * *</w:t>
      </w:r>
    </w:p>
    <w:p>
      <w:r>
        <w:br/>
        <w:t>День за днем, місяць за місяцем, рік за роком минав нагорі, а в шахті під землею тяглась тяжка, безпросвітна довічна ніч.</w:t>
      </w:r>
    </w:p>
    <w:p>
      <w:r>
        <w:br/>
        <w:t>Воронько возив вагончики, їв, пив. Од доброї їжі він зробився гладкий, круглий, як опецьок, але від постійної шестилітньої біганини по калюці занепав на ноги. Стоячи похнюпившись біля ясел в стайні, підгортав він по черзі то одну, то другу ногу і часто уві сні важко з присвистом зітхав.</w:t>
      </w:r>
    </w:p>
    <w:p>
      <w:r>
        <w:br/>
        <w:t>Дід Антип давно вже зауважив, що з Вороньком діється щось погане. Не раз він підходив до нього, нагинався, стогнучи, й тикав кривим, корячкуватим пальцем коневі в коліна, вище копит, і все бурчав, все бубонів і лаявся.</w:t>
      </w:r>
    </w:p>
    <w:p>
      <w:r>
        <w:br/>
        <w:t>— Що, товаришу, непереливки, мабуть, нам з тобою? А ти ж як думав — ми з каменю з тобою, чи що?.. Ні, брате, камінь і той не видержує, а ми ж, що не говори, живі створіння. У мене, товаришу, ще раніш твого ноги болять... і груди... ох, як болять... дихати боляче. А ти думав, ні? Ти думав, старий Антип із заліза?.. І залізо, голубе, іржавіє... То вони тільки,— дід махав рукою в темряву,— думають, що нам зносу немає, що ми ледащо... Де вже там!.. А треба, брате, держатися. Тобі що? — дурниця. Витягнуть на-гора, й доб’ють довбнею, й шкуру здіймуть, а мене, товаришу, довбнею не дістанеш і шкури не здіймеш, хоч би й забажав. Закону такого ще поки не вийшло. Та й навіщо кому моя шкура? Бубона з неї не зробиш, надто обшарпалась... А жерти треба, живота не урезониш. Ну, й тягтиму... А чим — спитай? І сам не знаю. Висмоктали, все вимотали, нічого не зосталося.</w:t>
      </w:r>
    </w:p>
    <w:p>
      <w:r>
        <w:br/>
        <w:t>Пройшло ще кільки тижнів. Воронько не міг вже стояти, перестав їсти, лягав, натягнувши повода, й тихо дрімав. Не знати було, чи думав він про що, чи, може, чекав тільки на смерть. І химерною здавалася думка, що над такою гладкою, здоровою й могутньою істотою витає смерть.</w:t>
      </w:r>
    </w:p>
    <w:p>
      <w:r>
        <w:br/>
        <w:t>Завітав якось до стайні штейгер[3], прочувши, що Воронько слабий. Подивився він на лежачого коня, не поняв віри хворобі, взяв батога й тричі оперезав Воронька впоперек. Кінь не підвівся, а тільки тривожно розплющив очі, мотнув головою і знову спустив її до землі, злегка здригаючись під шипучим хльосканням батога.</w:t>
      </w:r>
    </w:p>
    <w:p>
      <w:r>
        <w:br/>
        <w:t>— Що з ним? — звернувся штейгер до— діда Антипа.</w:t>
      </w:r>
    </w:p>
    <w:p>
      <w:r>
        <w:br/>
        <w:t>— Ноги, сказать, ниють,— запобігливо обізвався старий, зцупивши з голови картуза.— Пройшли наскрізь вогкістю, сказать, як би риматиз...</w:t>
      </w:r>
    </w:p>
    <w:p>
      <w:r>
        <w:br/>
        <w:t>— Ревматизм?.. Хе... Вже ти й скажеш, слухай тільки.</w:t>
      </w:r>
    </w:p>
    <w:p>
      <w:r>
        <w:br/>
        <w:t>— Так тошно, ваше благородіє.</w:t>
      </w:r>
    </w:p>
    <w:p>
      <w:r>
        <w:br/>
        <w:t>— Ну, то нічого його й держати тут,— промовив штейгер, штовхнувши Воронька чоботом,— видать нагора! Скажу, щоб дали другого.</w:t>
      </w:r>
    </w:p>
    <w:p>
      <w:r>
        <w:br/>
        <w:t>— Слухаю,— муркнув десятник.</w:t>
      </w:r>
    </w:p>
    <w:p>
      <w:r>
        <w:br/>
        <w:t>Штейгер вийшов.</w:t>
      </w:r>
    </w:p>
    <w:p>
      <w:r>
        <w:br/>
        <w:t>— Отака-то, товаришу,— решта!</w:t>
      </w:r>
    </w:p>
    <w:p>
      <w:r>
        <w:br/>
        <w:t>Дід, важко зітхнувши, сів на цебро біля ясел, подивився на Воронька, витяг кисет і люльку й почав колупати в ній пальцем. Дві буйні старечі сльози тремтіли на віях.</w:t>
      </w:r>
    </w:p>
    <w:p>
      <w:r>
        <w:br/>
        <w:t>За годину прийшло чоловіка з шість кремезних байдужих шахтарів, підвели стусанами Воронька з-під ясел і повели до кліті. Там вони спутали його, повалили на кам’яні плити, скрутили вірьовками, поклали на низьку дерев’яну вагонетку й стягли в кліть. Дід Антип востаннє погладив його по крижу... Кліть піднялася, тремтячи, й Воронька обгорнула чорна-чорна страшна пітьма й скажений жах. Напруживши останню силу, він рвонувся, але цупко було затягнуто вузли на вірьовках. Воронько більш не силкувався. Його підіймали, а йому здавалося, що він падає кудись глибоко-глибоко в чорну безодню. Хвилина здалася за вічність...</w:t>
      </w:r>
    </w:p>
    <w:p>
      <w:r>
        <w:br/>
        <w:t>...Що воно?.. Давно забутий пах залоскотав йому в носі. Воронько широко роздув ніздрі й жаденно удихав його всіма легенями. Блискавкою встало перед ним все минуле, давнє... Так, так, пахне весною, він пригадав... Що це біліє вгорі?.. Світло, справжнє, соняшне світло... Ще мить — і Воронько нагорі. Бурхливим потоком полилися йому в вуха надземні вільні згуки, дивна музика степу; блискучими пасмами золотистого сяйва засміялася до нього гаряча, весела весна. Його боляче різонуло по очах, ніби хто ножем провів по них... Але Воронько радо-радо заіржав: він ще раз бачив... сонце!..</w:t>
      </w:r>
    </w:p>
    <w:p>
      <w:r>
        <w:br/>
        <w:t>Його розв’язали, розплутали й поставили на ноги. Молодий бадьорий шахтар сіпнув за поводи: но!..</w:t>
      </w:r>
    </w:p>
    <w:p>
      <w:r>
        <w:br/>
        <w:t>Воронько не йшов.</w:t>
      </w:r>
    </w:p>
    <w:p>
      <w:r>
        <w:br/>
        <w:t>— Но!..</w:t>
      </w:r>
    </w:p>
    <w:p>
      <w:r>
        <w:br/>
        <w:t>Воронько повернув голову й мазнув другого шахтаря в обличчя ніздрями.</w:t>
      </w:r>
    </w:p>
    <w:p>
      <w:r>
        <w:br/>
        <w:t>— Та він, товариші, нічого не бачить!..</w:t>
      </w:r>
    </w:p>
    <w:p>
      <w:r>
        <w:br/>
        <w:t>Так. Воронько осліп, осліп в ту мить, як сонце ласкаво блиснуло йому в вічі... За довге пробування в темній проклятій шахті Воронько одвик од світла, а люди, розумні люди, підіймаючи сердегу нагору, забули зав’язати йому ганчіркою очі...</w:t>
      </w:r>
    </w:p>
    <w:p>
      <w:r>
        <w:br/>
        <w:t>[1] Штрек — довга печера під землею, те саме, що й продольна.— Приміт. авт.</w:t>
      </w:r>
    </w:p>
    <w:p>
      <w:r>
        <w:br/>
        <w:t>[2] Стовб — ділянка поміж двома невеличкими печерами в шахті; шар вугілля звичайно вибирають такими стовбами, заводячи з однієї й з другої печери (печі).— Приміт. авт.</w:t>
      </w:r>
    </w:p>
    <w:p>
      <w:r>
        <w:br/>
        <w:t>[3] Штейгер — доглядач за роботою в шахті.—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