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Вона від'їхала з усім своїм кордебалетом...</w:t>
      </w:r>
    </w:p>
    <w:p>
      <w:r>
        <w:br/>
        <w:t xml:space="preserve"> Вона від'їхала з усім своїм кордебалетом,&lt;br /&gt;</w:t>
        <w:br/>
        <w:t>забрала все своє у подорож, як у тунель.&lt;br /&gt;</w:t>
        <w:br/>
        <w:t>Діра від'їзду вкрилась мохом, листом, ледом,&lt;br /&gt;</w:t>
        <w:br/>
        <w:t>задовольнилась паща міста шоколадом&lt;br /&gt;</w:t>
        <w:br/>
        <w:t>і висхли сльози, щирі сльози — натюрель!</w:t>
      </w:r>
    </w:p>
    <w:p>
      <w:r>
        <w:br/>
        <w:t>Пані й панове! Ріки сліз повисихали!&lt;br /&gt;</w:t>
        <w:br/>
        <w:t>Зросли оази, кнайпи виникли, помер&lt;br /&gt;</w:t>
        <w:br/>
        <w:t>тиран, перестрілялися васали.&lt;br /&gt;</w:t>
        <w:br/>
        <w:t>Життя пішло, потрібно визнати, веселе!&lt;br /&gt;</w:t>
        <w:br/>
        <w:t>Хтось вибрав револьвер, хтось — луни сфер.</w:t>
      </w:r>
    </w:p>
    <w:p>
      <w:r>
        <w:br/>
        <w:t>Її близнючки підросли і вийшли в люди,&lt;br /&gt;</w:t>
        <w:br/>
        <w:t>запакувалися в рекламні кліпи, не втекти&lt;br /&gt;</w:t>
        <w:br/>
        <w:t>від порохів її, парфумів, паст — усюди&lt;br /&gt;</w:t>
        <w:br/>
        <w:t>відбитки пальців, пастки… Ми таки — сусіди?!&lt;br /&gt;</w:t>
        <w:br/>
        <w:t>Отож завжди можливо пику розтовкти</w:t>
      </w:r>
    </w:p>
    <w:p>
      <w:r>
        <w:br/>
        <w:t>під наглядом її… Відліт — розтягнута пружина&lt;br /&gt;</w:t>
        <w:br/>
        <w:t>присутности. Готується приліт.&lt;br /&gt;</w:t>
        <w:br/>
        <w:t>Чия вона тепер любов? Чия дружина?&lt;br /&gt;</w:t>
        <w:br/>
        <w:t>Чия хвороба? Одержима? Жанна?..&lt;br /&gt;</w:t>
        <w:br/>
        <w:t>Ширяючи лишає вічний слід.</w:t>
      </w:r>
    </w:p>
    <w:p>
      <w:r>
        <w:br/>
        <w:t>15-31 серпня 1998 р. Львів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Вона від'їхала з усім своїм кордебалетом...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