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Вона співа...</w:t>
      </w:r>
    </w:p>
    <w:p>
      <w:r>
        <w:br/>
        <w:t xml:space="preserve"> Вона співа — і серця поривання&lt;br /&gt;</w:t>
        <w:br/>
        <w:t>У згуки ті вона перелива,&lt;br /&gt;</w:t>
        <w:br/>
        <w:t>Горять огнем безмірного кохання&lt;br /&gt;</w:t>
        <w:br/>
        <w:t>Її пісень пекучії слова.</w:t>
      </w:r>
    </w:p>
    <w:p>
      <w:r>
        <w:br/>
        <w:t>Вона співа — і очі молодії&lt;br /&gt;</w:t>
        <w:br/>
        <w:t>Ясніш од зорь засяли із-під вій...&lt;br /&gt;</w:t>
        <w:br/>
        <w:t>О, скільки в їх незломної надії,&lt;br /&gt;</w:t>
        <w:br/>
        <w:t>О, скільки в їх на щастя любих мрій!</w:t>
      </w:r>
    </w:p>
    <w:p>
      <w:r>
        <w:br/>
        <w:t>Нехай співа, нехай ті співи ллються,&lt;br /&gt;</w:t>
        <w:br/>
        <w:t>Хай очі ті і сяють, і сміються,&lt;br /&gt;</w:t>
        <w:br/>
        <w:t>І хай огонь кохання в їх горить!</w:t>
      </w:r>
    </w:p>
    <w:p>
      <w:r>
        <w:br/>
        <w:t>Нехай співа! Удруге вже такая&lt;br /&gt;</w:t>
        <w:br/>
        <w:t>Не зацвіте весна їй золотая,&lt;br /&gt;</w:t>
        <w:br/>
        <w:t>Яка цвіте в душі її в цю мить!</w:t>
      </w:r>
    </w:p>
    <w:p>
      <w:r>
        <w:br/>
        <w:t>1887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Вона співа...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