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ще не виросла і не втратила голову...</w:t>
      </w:r>
    </w:p>
    <w:p>
      <w:r>
        <w:br/>
        <w:t xml:space="preserve"> вона ще не виросла і не втратила голову&lt;br /&gt;</w:t>
        <w:br/>
        <w:t>від чорної музики у власних зап'ястях&lt;br /&gt;</w:t>
        <w:br/>
        <w:t>і світло з небес і початки голоду&lt;br /&gt;</w:t>
        <w:br/>
        <w:t>в її долонях будуть за щастя</w:t>
      </w:r>
    </w:p>
    <w:p>
      <w:r>
        <w:br/>
        <w:t>вона ще не падала на мокрі матраци&lt;br /&gt;</w:t>
        <w:br/>
        <w:t>і в кров її не вливався поспіх&lt;br /&gt;</w:t>
        <w:br/>
        <w:t>і ще не блукала південними трасами&lt;br /&gt;</w:t>
        <w:br/>
        <w:t>худоба — таврована мов плацкартна постіль</w:t>
      </w:r>
    </w:p>
    <w:p>
      <w:r>
        <w:br/>
        <w:t>ні болю в легенях ні решти блиску&lt;br /&gt;</w:t>
        <w:br/>
        <w:t>в темній траві без кінця і міри&lt;br /&gt;</w:t>
        <w:br/>
        <w:t>й гарячі квіти високого тиску&lt;br /&gt;</w:t>
        <w:br/>
        <w:t>не росли на відкритих ділянках шкіри</w:t>
      </w:r>
    </w:p>
    <w:p>
      <w:r>
        <w:br/>
        <w:t>і друзі на станціях і ріки в селищах&lt;br /&gt;</w:t>
        <w:br/>
        <w:t>дбають про свій подорожній статок&lt;br /&gt;</w:t>
        <w:br/>
        <w:t>і одяг випалюється на сонці все ще&lt;br /&gt;</w:t>
        <w:br/>
        <w:t>вірно тримаючись її лопаток</w:t>
      </w:r>
    </w:p>
    <w:p>
      <w:r>
        <w:br/>
        <w:t>вона ще не може просто померти&lt;br /&gt;</w:t>
        <w:br/>
        <w:t>зализує рани наче конверти&lt;br /&gt;</w:t>
        <w:br/>
        <w:t>чистить зуби мов табельну зброю&lt;br /&gt;</w:t>
        <w:br/>
        <w:t>і засинає поруч з тобою</w:t>
      </w:r>
    </w:p>
    <w:p>
      <w:r>
        <w:br/>
        <w:t>1999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ще не виросла і не втратила голову...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