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приходила щоранку...</w:t>
      </w:r>
    </w:p>
    <w:p>
      <w:r>
        <w:br/>
        <w:t xml:space="preserve"> Вона приходила щоранку,&lt;br /&gt;</w:t>
        <w:br/>
        <w:t>І нам спочатку говорили,&lt;br /&gt;</w:t>
        <w:br/>
        <w:t>Що то звичайна баба-бранка&lt;br /&gt;</w:t>
        <w:br/>
        <w:t>І поспіша до породіллі.</w:t>
      </w:r>
    </w:p>
    <w:p>
      <w:r>
        <w:br/>
        <w:t>Вона приходила щоранку,&lt;br /&gt;</w:t>
        <w:br/>
        <w:t>І ми спочатку уявляли,&lt;br /&gt;</w:t>
        <w:br/>
        <w:t>Що то була стара циганка,&lt;br /&gt;</w:t>
        <w:br/>
        <w:t>Кричали: гей, циганко Галю!</w:t>
      </w:r>
    </w:p>
    <w:p>
      <w:r>
        <w:br/>
        <w:t>Вона приходила щоранку,&lt;br /&gt;</w:t>
        <w:br/>
        <w:t>Коли ж утретє чи вчетверте,&lt;br /&gt;</w:t>
        <w:br/>
        <w:t>Ми всі чекали вже на ґанку,&lt;br /&gt;</w:t>
        <w:br/>
        <w:t>Чия сьогодні буде черга.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приходила щоранку...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