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несе мені малиннику...</w:t>
      </w:r>
    </w:p>
    <w:p>
      <w:r>
        <w:br/>
        <w:t xml:space="preserve"> Вона несе мені малиннику&lt;br /&gt;</w:t>
        <w:br/>
        <w:t>і гасить ватри —</w:t>
      </w:r>
    </w:p>
    <w:p>
      <w:r>
        <w:br/>
        <w:t>хто наврочив, мамо?</w:t>
      </w:r>
    </w:p>
    <w:p>
      <w:r>
        <w:br/>
        <w:t>Лише її одну,</w:t>
      </w:r>
    </w:p>
    <w:p>
      <w:r>
        <w:br/>
        <w:t>лише таку</w:t>
      </w:r>
    </w:p>
    <w:p>
      <w:r>
        <w:br/>
        <w:t>я кличу обгорілими губами,</w:t>
      </w:r>
    </w:p>
    <w:p>
      <w:r>
        <w:br/>
        <w:t>і руки простягаю на краю,&lt;br /&gt;</w:t>
        <w:br/>
        <w:t>й шепочу: "Довга, мамо, ця морока".&lt;br /&gt;</w:t>
        <w:br/>
        <w:t>Та ватру,</w:t>
      </w:r>
    </w:p>
    <w:p>
      <w:r>
        <w:br/>
        <w:t>нею згашену,</w:t>
      </w:r>
    </w:p>
    <w:p>
      <w:r>
        <w:br/>
        <w:t>доп'ю</w:t>
      </w:r>
    </w:p>
    <w:p>
      <w:r>
        <w:br/>
        <w:t>до дна.&lt;br /&gt;</w:t>
        <w:br/>
        <w:t>Це п'ють здавен від злого ока.</w:t>
      </w:r>
    </w:p>
    <w:p>
      <w:r>
        <w:br/>
        <w:t>Це п'ють із темним трунком заклинань,&lt;br /&gt;</w:t>
        <w:br/>
        <w:t>та згубний трунок слова</w:t>
      </w:r>
    </w:p>
    <w:p>
      <w:r>
        <w:br/>
        <w:t>доки в мозку</w:t>
      </w:r>
    </w:p>
    <w:p>
      <w:r>
        <w:br/>
        <w:t>шипить — мов кинута у воду — грань.&lt;br /&gt;</w:t>
        <w:br/>
        <w:t>Не здерти жару темного коросту.</w:t>
      </w:r>
    </w:p>
    <w:p>
      <w:r>
        <w:br/>
        <w:t>Згоряють дрова у моїй печі,&lt;br /&gt;</w:t>
        <w:br/>
        <w:t>і мама грань бере.&lt;br /&gt;</w:t>
        <w:br/>
        <w:t>Не можна спати&lt;br /&gt;</w:t>
        <w:br/>
        <w:t>при ватрі цій.&lt;br /&gt;</w:t>
        <w:br/>
        <w:t>І страшно уночі,&lt;br /&gt;</w:t>
        <w:br/>
        <w:t>як заганяє іскри в воду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несе мені малиннику...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