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Вояка та кінь</w:t>
      </w:r>
    </w:p>
    <w:p>
      <w:r>
        <w:br/>
        <w:t xml:space="preserve"> &lt;p&gt;Колись за давніх-давен жив хоробрий вояка. І був у нього кінь, прудконогий красень. Понад усе він полюбляв поєдинки.</w:t>
      </w:r>
    </w:p>
    <w:p>
      <w:r>
        <w:br/>
        <w:t>Зачувши, що цар кличе мужів свого краю до бойового походу, вояка засідлав коня і вирушив у путь.</w:t>
      </w:r>
    </w:p>
    <w:p>
      <w:r>
        <w:br/>
        <w:t>Протягом усього походу він дбайливо доглядав вірного друга. Купав його, чистив, годував добірним вівсом і духмяним свіжим сіном. І ситий, плеканий огир блискавкою літав у бою, не раз рятуючи життя своєму господареві.</w:t>
      </w:r>
    </w:p>
    <w:p>
      <w:r>
        <w:br/>
        <w:t>По війні хоробрий вояка з конем щасливо вернувся додому. Та щось непокоїло коня, і недаремно. Бо наступного ранку господар запріг його, добряче навантажив воза й поїхав на базар. Гадав кінь, що після базару відпочине, проте господар одразу запріг його до плуга й до пізнього вечора орав ниву.</w:t>
      </w:r>
    </w:p>
    <w:p>
      <w:r>
        <w:br/>
        <w:t>З того дня й почалося. Від світання до смерку тяжко працював кінь, духу не переводячи. Ба навіть уночі їздив господар чи до млина, чи ще куди.</w:t>
      </w:r>
    </w:p>
    <w:p>
      <w:r>
        <w:br/>
        <w:t>І так день у день!</w:t>
      </w:r>
    </w:p>
    <w:p>
      <w:r>
        <w:br/>
        <w:t>А що тепер не було війни, то й здавалося господареві — нема чого доглядати коня, тож і годував його не добірним вівсом і духмяним сіном, а самою сухою соломою.</w:t>
      </w:r>
    </w:p>
    <w:p>
      <w:r>
        <w:br/>
        <w:t>Бідолашний кінь поволі почав підупадати на силі. До того ж, як .добрий колишній скакун, почувався незаслужено скривдженим.</w:t>
      </w:r>
    </w:p>
    <w:p>
      <w:r>
        <w:br/>
        <w:t>"Бач, як скінчилася війна,— часто думав він,— то й не доглядає мене господар. Не любить мене по-справжньому".</w:t>
      </w:r>
    </w:p>
    <w:p>
      <w:r>
        <w:br/>
        <w:t>Минув якийсь час, і країну раптом облетіла звістка: сусідній цар іде війною на їхню землю, аби відвоювати колишні володіння.</w:t>
      </w:r>
    </w:p>
    <w:p>
      <w:r>
        <w:br/>
        <w:t>Сколихнувся край. Залунали сурми, вусебіч розлетілися гінці — і рушили до столиці бойові дружини, поповнюючи цареві лави. Подався до війська й наш звитяжець, випрягши коня з плуга.</w:t>
      </w:r>
    </w:p>
    <w:p>
      <w:r>
        <w:br/>
        <w:t>— Знову в похід, кониченьку мій! — гукнув запально.— Неси ж мене прудко, друже, як носив колись, пам'ятаєш?</w:t>
      </w:r>
    </w:p>
    <w:p>
      <w:r>
        <w:br/>
        <w:t>— Пам'ятаю,— зітхнув кінь.</w:t>
      </w:r>
    </w:p>
    <w:p>
      <w:r>
        <w:br/>
        <w:t>— Тож мчи і знай, що від спритності твоєї залежить життя господаря.</w:t>
      </w:r>
    </w:p>
    <w:p>
      <w:r>
        <w:br/>
        <w:t>— Мчу,— сказав кінь і рвонув щосили.</w:t>
      </w:r>
    </w:p>
    <w:p>
      <w:r>
        <w:br/>
        <w:t>Та не подолавши й половини шляху, упав, знеможений.</w:t>
      </w:r>
    </w:p>
    <w:p>
      <w:r>
        <w:br/>
        <w:t>Вояка допоміг коневі підвестися й знову сів на нього. Та кінь незабаром спіткнувся, зашкутильгав і звалився додолу.</w:t>
      </w:r>
    </w:p>
    <w:p>
      <w:r>
        <w:br/>
        <w:t>— Ти ба! — здивувався господар.— Що це тобі?</w:t>
      </w:r>
    </w:p>
    <w:p>
      <w:r>
        <w:br/>
        <w:t>Перегодом рушили вони далі. Та кінь падав знову й знову.</w:t>
      </w:r>
    </w:p>
    <w:p>
      <w:r>
        <w:br/>
        <w:t>— Ну, що мені з тобою робити? — розпачливо вигукнув вояка.— Як зарадити лихові?</w:t>
      </w:r>
    </w:p>
    <w:p>
      <w:r>
        <w:br/>
        <w:t>— Ходи пішки, господарю,— відмовив кінь.— Ти мав скакуна, та зробив з нього віслюка. Як же тепер віслюка обернеш на скакуна?</w:t>
      </w:r>
    </w:p>
    <w:p>
      <w:r>
        <w:br/>
        <w:t>Присоромлений вояка похилив голову.</w:t>
      </w:r>
    </w:p>
    <w:p>
      <w:r>
        <w:br/>
        <w:t>Отак часом люди доти дбають про інших, доки залежні від них, а потім забувають про свої обов'язки.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Вояка та 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