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Вночі, середночі хтось тихо...</w:t>
      </w:r>
    </w:p>
    <w:p>
      <w:r>
        <w:br/>
        <w:t xml:space="preserve"> Вночі, середночі хтось тихо&lt;br /&gt;</w:t>
        <w:br/>
        <w:t>До мого Слова підійшов&lt;br /&gt;</w:t>
        <w:br/>
        <w:t>І став дивитися і дихать,&lt;br /&gt;</w:t>
        <w:br/>
        <w:t>І я відчув: так диха лихо,&lt;br /&gt;</w:t>
        <w:br/>
        <w:t>Так ходить лихо — Час прийшов.</w:t>
      </w:r>
    </w:p>
    <w:p>
      <w:r>
        <w:br/>
        <w:t>Прийшов і став. І вже нікуди&lt;br /&gt;</w:t>
        <w:br/>
        <w:t>Не заховатись, не втекти,&lt;br /&gt;</w:t>
        <w:br/>
        <w:t>Не загубитись поміж люди,&lt;br /&gt;</w:t>
        <w:br/>
        <w:t>Не замінити серце в грудях,&lt;br /&gt;</w:t>
        <w:br/>
        <w:t>Нікого в світі — Час і ти.</w:t>
      </w:r>
    </w:p>
    <w:p>
      <w:r>
        <w:br/>
        <w:t>Прийшов і став. І я побачив:&lt;br /&gt;</w:t>
        <w:br/>
        <w:t>У погляді його сухім&lt;br /&gt;</w:t>
        <w:br/>
        <w:t>Ніхто не любить і не плаче,&lt;br /&gt;</w:t>
        <w:br/>
        <w:t>І не біжить ніхто, й не скаче, —&lt;br /&gt;</w:t>
        <w:br/>
        <w:t>У ньому — однаково всім.</w:t>
      </w:r>
    </w:p>
    <w:p>
      <w:r>
        <w:br/>
        <w:t>Усім однаково: і сущим,&lt;br /&gt;</w:t>
        <w:br/>
        <w:t>І тим, що будуть, що були,&lt;br /&gt;</w:t>
        <w:br/>
        <w:t>Однаково морям і пущам,&lt;br /&gt;</w:t>
        <w:br/>
        <w:t>Словам безсмертним і вмирущим —&lt;br /&gt;</w:t>
        <w:br/>
        <w:t>Нікому слави і хули!..</w:t>
      </w:r>
    </w:p>
    <w:p>
      <w:r>
        <w:br/>
        <w:t>Та я сказав: що хочеш, Часе,&lt;br /&gt;</w:t>
        <w:br/>
        <w:t>Усе віддам тобі по край —&lt;br /&gt;</w:t>
        <w:br/>
        <w:t>І юність, й молодості чашу,&lt;br /&gt;</w:t>
        <w:br/>
        <w:t>Життя сьогоднішнє й вчорашнє,&lt;br /&gt;</w:t>
        <w:br/>
        <w:t>Лиш Слова мого не чіпай!</w:t>
      </w:r>
    </w:p>
    <w:p>
      <w:r>
        <w:br/>
        <w:t>Не зачіпай його, малого,&lt;br /&gt;</w:t>
        <w:br/>
        <w:t>Не бий його і не пали,&lt;br /&gt;</w:t>
        <w:br/>
        <w:t>Бо перед ним іще дорога,&lt;br /&gt;</w:t>
        <w:br/>
        <w:t>Бо перед ним багато й много,&lt;br /&gt;</w:t>
        <w:br/>
        <w:t>І ми із ним ще не жили!</w:t>
      </w:r>
    </w:p>
    <w:p>
      <w:r>
        <w:br/>
        <w:t>Ще все нам з ним — передсвітання:&lt;br /&gt;</w:t>
        <w:br/>
        <w:t>І перші сльози перших снів,&lt;br /&gt;</w:t>
        <w:br/>
        <w:t>І перший сніг з усіх снігів,&lt;br /&gt;</w:t>
        <w:br/>
        <w:t>І перший берег з берегів,&lt;br /&gt;</w:t>
        <w:br/>
        <w:t>Й любов ота, що є остання!</w:t>
      </w:r>
    </w:p>
    <w:p>
      <w:r>
        <w:br/>
        <w:t>І гуркіт молодої зливи,&lt;br /&gt;</w:t>
        <w:br/>
        <w:t>І тьохкіт серця уночі,&lt;br /&gt;</w:t>
        <w:br/>
        <w:t>І білий цвіт, і камінь сивий,&lt;br /&gt;</w:t>
        <w:br/>
        <w:t>Солодкий сон оси і сливи,&lt;br /&gt;</w:t>
        <w:br/>
        <w:t>Й сови у присмерку сплачі.</w:t>
      </w:r>
    </w:p>
    <w:p>
      <w:r>
        <w:br/>
        <w:t>Ще все нам з ним — сама тривога,&lt;br /&gt;</w:t>
        <w:br/>
        <w:t>Ще все нам з ним не відбуло,&lt;br /&gt;</w:t>
        <w:br/>
        <w:t>Ще все нам радісно і довго,&lt;br /&gt;</w:t>
        <w:br/>
        <w:t>Ще все нам з ним, — як перед Богом&lt;br /&gt;</w:t>
        <w:br/>
        <w:t>Кажу тобі, — не перейшло!..</w:t>
      </w:r>
    </w:p>
    <w:p>
      <w:r>
        <w:br/>
        <w:t>Все те, що хоче, — обіймає&lt;br /&gt;</w:t>
        <w:br/>
        <w:t>У неодмінності своїй,&lt;br /&gt;</w:t>
        <w:br/>
        <w:t>І Слово серцем напуває,&lt;br /&gt;</w:t>
        <w:br/>
        <w:t>І Слово більше не вертає…&lt;br /&gt;</w:t>
        <w:br/>
        <w:t>Моє ж живе ще — пожалій!..</w:t>
      </w:r>
    </w:p>
    <w:p>
      <w:r>
        <w:br/>
        <w:t>Я знаю, ти в своєму плині&lt;br /&gt;</w:t>
        <w:br/>
        <w:t>Нікому спуску не даєш,&lt;br /&gt;</w:t>
        <w:br/>
        <w:t>Ані державі, ні дитині,&lt;br /&gt;</w:t>
        <w:br/>
        <w:t>Ні сивині, ані дружині! —&lt;br /&gt;</w:t>
        <w:br/>
        <w:t>Безсмертно сієш, смертно жнеш!</w:t>
      </w:r>
    </w:p>
    <w:p>
      <w:r>
        <w:br/>
        <w:t>І з невблаганними очима&lt;br /&gt;</w:t>
        <w:br/>
        <w:t>Ти йдеш крізь вічність і крізь мить,&lt;br /&gt;</w:t>
        <w:br/>
        <w:t>І темінь в тебе за плечима,&lt;br /&gt;</w:t>
        <w:br/>
        <w:t>Й поперед тебе мла-темнина,&lt;br /&gt;</w:t>
        <w:br/>
        <w:t>Й тобі нічого не болить!</w:t>
      </w:r>
    </w:p>
    <w:p>
      <w:r>
        <w:br/>
        <w:t>Чи солодко, а чи солоно&lt;br /&gt;</w:t>
        <w:br/>
        <w:t>Тобі дарма — нема чи є…&lt;br /&gt;</w:t>
        <w:br/>
        <w:t>А тут — і трепетно й шовково! —&lt;br /&gt;</w:t>
        <w:br/>
        <w:t>А тут животворяще Слово&lt;br /&gt;</w:t>
        <w:br/>
        <w:t>Мого народу і моє!</w:t>
      </w:r>
    </w:p>
    <w:p>
      <w:r>
        <w:br/>
        <w:t>Це слово людської надії,&lt;br /&gt;</w:t>
        <w:br/>
        <w:t>Це слово крізь хрести і прах,&lt;br /&gt;</w:t>
        <w:br/>
        <w:t>Крізь пил віків, усе в сльозах,&lt;br /&gt;</w:t>
        <w:br/>
        <w:t>Пробилось, вижило, зоріє,&lt;br /&gt;</w:t>
        <w:br/>
        <w:t>Горить у мене на устах!..</w:t>
      </w:r>
    </w:p>
    <w:p>
      <w:r>
        <w:br/>
        <w:t>Вночі, середночі хтось тихо&lt;br /&gt;</w:t>
        <w:br/>
        <w:t>До мого Слова підійшов&lt;br /&gt;</w:t>
        <w:br/>
        <w:t>І став дивитися і дихать,&lt;br /&gt;</w:t>
        <w:br/>
        <w:t>І я відчув: так диха лихо,&lt;br /&gt;</w:t>
        <w:br/>
        <w:t>Так ходить лихо — Час прийшов…</w:t>
      </w:r>
    </w:p>
    <w:p>
      <w:r>
        <w:br/>
        <w:t>1986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Вночі, середночі хтось тихо...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