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 садиба, чингизхань...</w:t>
      </w:r>
    </w:p>
    <w:p>
      <w:r>
        <w:br/>
        <w:t xml:space="preserve"> Велемир Хлєбников&lt;br /&gt;</w:t>
        <w:br/>
        <w:t>Вночі садиба, чингизхань...</w:t>
      </w:r>
    </w:p>
    <w:p>
      <w:r>
        <w:br/>
        <w:t>Перекладач: К.Шахова&lt;br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Вночі садиба, чингизхань!&lt;br /&gt;</w:t>
        <w:br/>
        <w:t>Шуміть, шуміть, берези сині.&lt;br /&gt;</w:t>
        <w:br/>
        <w:t>Зоря нічна, ти заратустрь*!&lt;br /&gt;</w:t>
        <w:br/>
        <w:t>А небо синє, ти моцарть!&lt;br /&gt;</w:t>
        <w:br/>
        <w:t>І хмурість хмари, ти будь Гойя!&lt;br /&gt;</w:t>
        <w:br/>
        <w:t>Ти, оболок нічний, роопсь**!&lt;br /&gt;</w:t>
        <w:br/>
        <w:t>Та сміху смерч промчав лише,&lt;br /&gt;</w:t>
        <w:br/>
        <w:t>Кігтями криків реготав.&lt;br /&gt;</w:t>
        <w:br/>
        <w:t>Тоді я ката пострічав&lt;br /&gt;</w:t>
        <w:br/>
        <w:t>І озирав нічну сміл тишу.&lt;br /&gt;</w:t>
        <w:br/>
        <w:t>Я вас покликав смілоликих,&lt;br /&gt;</w:t>
        <w:br/>
        <w:t>Вернув потоплениць із рік.&lt;br /&gt;</w:t>
        <w:br/>
        <w:t>Їх незабудь гучніш за крики&lt;br /&gt;</w:t>
        <w:br/>
        <w:t>Нічному парусу прорік.&lt;br /&gt;</w:t>
        <w:br/>
        <w:t>Іще добу плеснула вісь,&lt;br /&gt;</w:t>
        <w:br/>
        <w:t>І вечорова йде громада&lt;br /&gt;</w:t>
        <w:br/>
        <w:t>Наснилась дівчина-лосось&lt;br /&gt;</w:t>
        <w:br/>
        <w:t>В струмках нічного водоспаду.&lt;br /&gt;</w:t>
        <w:br/>
        <w:t>Хай сосни буря омамаює&lt;br /&gt;</w:t>
        <w:br/>
        <w:t>І хмари налетять — Батиї,&lt;br /&gt;</w:t>
        <w:br/>
        <w:t>Ідуть слова — мовчання Каїни,&lt;br /&gt;</w:t>
        <w:br/>
        <w:t>І падають святі оції.&lt;br /&gt;</w:t>
        <w:br/>
        <w:t>І важкою ходою на кам'яний бал&lt;br /&gt;</w:t>
        <w:br/>
        <w:t>З дружиною йшов голубий Газдрубал***.</w:t>
      </w:r>
    </w:p>
    <w:p>
      <w:r>
        <w:br/>
        <w:t>---------------------&lt;br /&gt;</w:t>
        <w:br/>
        <w:t>* Дієслово, витворене з імені Заратустри,&lt;br /&gt;</w:t>
        <w:br/>
        <w:t>пророка і творця релігії зороастризму в Ірані.&lt;br /&gt;</w:t>
        <w:br/>
        <w:t>** Аналогічний витвір з прізвища бельгійського&lt;br /&gt;</w:t>
        <w:br/>
        <w:t>художника Ф.Ропса (1833-1898).&lt;br /&gt;</w:t>
        <w:br/>
        <w:t>*** Ім'я кількох карфагенських полководців.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 садиба, чингизхань...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