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Вмощусь в кутку старої хати...</w:t>
      </w:r>
    </w:p>
    <w:p>
      <w:r>
        <w:br/>
        <w:t xml:space="preserve"> Вмощусь в кутку старої хати&lt;br /&gt;</w:t>
        <w:br/>
        <w:t>хай у вікно дощі лелущать&lt;br /&gt;</w:t>
        <w:br/>
        <w:t>щоб зовсім звідси не рушати&lt;br /&gt;</w:t>
        <w:br/>
        <w:t>бажати тільки: дужче, дужче</w:t>
      </w:r>
    </w:p>
    <w:p>
      <w:r>
        <w:br/>
        <w:t>Хай жовте листя плине долу&lt;br /&gt;</w:t>
        <w:br/>
        <w:t>і намокають чорні рами&lt;br /&gt;</w:t>
        <w:br/>
        <w:t>і рогами затулить олень&lt;br /&gt;</w:t>
        <w:br/>
        <w:t>млу світанкову за шибками</w:t>
      </w:r>
    </w:p>
    <w:p>
      <w:r>
        <w:br/>
        <w:t>І хай всі борозни дороги&lt;br /&gt;</w:t>
        <w:br/>
        <w:t>що поза ними бачу вишні&lt;br /&gt;</w:t>
        <w:br/>
        <w:t>і ці розсохи і ці роги&lt;br /&gt;</w:t>
        <w:br/>
        <w:t>змішаються у вогкім вірші</w:t>
      </w:r>
    </w:p>
    <w:p>
      <w:r>
        <w:br/>
        <w:t>Та розштовхати не під силу&lt;br /&gt;</w:t>
        <w:br/>
        <w:t>мене – однак не втік направду –&lt;br /&gt;</w:t>
        <w:br/>
        <w:t>принаймні місяць не дощило&lt;br /&gt;</w:t>
        <w:br/>
        <w:t>й жнива вже завтра</w:t>
      </w:r>
    </w:p>
    <w:p>
      <w:r>
        <w:br/>
        <w:t>Переклад: Наталія Бельченко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Вмощусь в кутку старої хати...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